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A8820" w14:textId="77777777" w:rsidR="00AB44CA" w:rsidRDefault="00000000">
      <w:r>
        <w:rPr>
          <w:b/>
        </w:rPr>
        <w:t>UNIVERSITI MALAYA</w:t>
      </w:r>
    </w:p>
    <w:p w14:paraId="4B150C31" w14:textId="77777777" w:rsidR="00AB44CA" w:rsidRDefault="00000000">
      <w:pPr>
        <w:pStyle w:val="Title"/>
      </w:pPr>
      <w:r>
        <w:t>PhD Research Timeline and Semester Progress Report</w:t>
      </w:r>
    </w:p>
    <w:p w14:paraId="0181821B" w14:textId="77777777" w:rsidR="00AB44CA" w:rsidRDefault="00000000">
      <w:r>
        <w:t>Proposed template for recording the research timeline agreed with supervisors and tracking progress each semester.</w:t>
      </w:r>
    </w:p>
    <w:p w14:paraId="6068F22A" w14:textId="77777777" w:rsidR="00AB44CA" w:rsidRDefault="00000000">
      <w:pPr>
        <w:pStyle w:val="Heading1"/>
      </w:pPr>
      <w:r>
        <w:t>Part 1 General Information and Research Timeline</w:t>
      </w:r>
    </w:p>
    <w:p w14:paraId="351F237B" w14:textId="77777777" w:rsidR="00AB44CA" w:rsidRDefault="00000000">
      <w:pPr>
        <w:pStyle w:val="Heading2"/>
      </w:pPr>
      <w:r>
        <w:t>A Student Information</w:t>
      </w:r>
    </w:p>
    <w:tbl>
      <w:tblPr>
        <w:tblW w:w="0" w:type="auto"/>
        <w:jc w:val="center"/>
        <w:tblLayout w:type="fixed"/>
        <w:tblLook w:val="04A0" w:firstRow="1" w:lastRow="0" w:firstColumn="1" w:lastColumn="0" w:noHBand="0" w:noVBand="1"/>
      </w:tblPr>
      <w:tblGrid>
        <w:gridCol w:w="3402"/>
        <w:gridCol w:w="6690"/>
      </w:tblGrid>
      <w:tr w:rsidR="00AB44CA" w14:paraId="2A598F84" w14:textId="77777777">
        <w:trPr>
          <w:cantSplit/>
          <w:tblHeader/>
          <w:jc w:val="center"/>
        </w:trPr>
        <w:tc>
          <w:tcPr>
            <w:tcW w:w="3402"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06A0EC0C" w14:textId="77777777" w:rsidR="00AB44CA" w:rsidRDefault="00000000">
            <w:pPr>
              <w:spacing w:after="0" w:line="240" w:lineRule="auto"/>
            </w:pPr>
            <w:r>
              <w:rPr>
                <w:b/>
                <w:sz w:val="18"/>
              </w:rPr>
              <w:t>Item</w:t>
            </w:r>
          </w:p>
        </w:tc>
        <w:tc>
          <w:tcPr>
            <w:tcW w:w="6690"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668C2AF9" w14:textId="77777777" w:rsidR="00AB44CA" w:rsidRDefault="00000000">
            <w:pPr>
              <w:spacing w:after="0" w:line="240" w:lineRule="auto"/>
            </w:pPr>
            <w:r>
              <w:rPr>
                <w:b/>
                <w:sz w:val="18"/>
              </w:rPr>
              <w:t>Details</w:t>
            </w:r>
          </w:p>
        </w:tc>
      </w:tr>
      <w:tr w:rsidR="00AB44CA" w14:paraId="6746F862" w14:textId="77777777">
        <w:trPr>
          <w:cantSplit/>
          <w:trHeight w:val="369"/>
          <w:jc w:val="center"/>
        </w:trPr>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8E3747F" w14:textId="77777777" w:rsidR="00AB44CA" w:rsidRDefault="00000000">
            <w:pPr>
              <w:spacing w:after="0" w:line="240" w:lineRule="auto"/>
            </w:pPr>
            <w:r>
              <w:rPr>
                <w:sz w:val="18"/>
              </w:rPr>
              <w:t>Student name</w:t>
            </w:r>
          </w:p>
        </w:tc>
        <w:tc>
          <w:tcPr>
            <w:tcW w:w="669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8F91928" w14:textId="77777777" w:rsidR="00AB44CA" w:rsidRDefault="00AB44CA">
            <w:pPr>
              <w:spacing w:after="0" w:line="240" w:lineRule="auto"/>
            </w:pPr>
          </w:p>
        </w:tc>
      </w:tr>
      <w:tr w:rsidR="00AB44CA" w14:paraId="42212443" w14:textId="77777777">
        <w:trPr>
          <w:cantSplit/>
          <w:trHeight w:val="369"/>
          <w:jc w:val="center"/>
        </w:trPr>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8B3B42D" w14:textId="77777777" w:rsidR="00AB44CA" w:rsidRDefault="00000000">
            <w:pPr>
              <w:spacing w:after="0" w:line="240" w:lineRule="auto"/>
            </w:pPr>
            <w:r>
              <w:rPr>
                <w:sz w:val="18"/>
              </w:rPr>
              <w:t>Matric number</w:t>
            </w:r>
          </w:p>
        </w:tc>
        <w:tc>
          <w:tcPr>
            <w:tcW w:w="669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113DD65" w14:textId="77777777" w:rsidR="00AB44CA" w:rsidRDefault="00AB44CA">
            <w:pPr>
              <w:spacing w:after="0" w:line="240" w:lineRule="auto"/>
            </w:pPr>
          </w:p>
        </w:tc>
      </w:tr>
      <w:tr w:rsidR="00AB44CA" w14:paraId="15E2BD3B" w14:textId="77777777">
        <w:trPr>
          <w:cantSplit/>
          <w:trHeight w:val="369"/>
          <w:jc w:val="center"/>
        </w:trPr>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C78FD81" w14:textId="77777777" w:rsidR="00AB44CA" w:rsidRDefault="00000000">
            <w:pPr>
              <w:spacing w:after="0" w:line="240" w:lineRule="auto"/>
            </w:pPr>
            <w:r>
              <w:rPr>
                <w:sz w:val="18"/>
              </w:rPr>
              <w:t>Faculty / Department</w:t>
            </w:r>
          </w:p>
        </w:tc>
        <w:tc>
          <w:tcPr>
            <w:tcW w:w="669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8A1E534" w14:textId="77777777" w:rsidR="00AB44CA" w:rsidRDefault="00AB44CA">
            <w:pPr>
              <w:spacing w:after="0" w:line="240" w:lineRule="auto"/>
            </w:pPr>
          </w:p>
        </w:tc>
      </w:tr>
      <w:tr w:rsidR="00AB44CA" w14:paraId="313C0DF3" w14:textId="77777777">
        <w:trPr>
          <w:cantSplit/>
          <w:trHeight w:val="369"/>
          <w:jc w:val="center"/>
        </w:trPr>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68242E5" w14:textId="77777777" w:rsidR="00AB44CA" w:rsidRDefault="00000000">
            <w:pPr>
              <w:spacing w:after="0" w:line="240" w:lineRule="auto"/>
            </w:pPr>
            <w:r>
              <w:rPr>
                <w:sz w:val="18"/>
              </w:rPr>
              <w:t>Thesis title</w:t>
            </w:r>
          </w:p>
        </w:tc>
        <w:tc>
          <w:tcPr>
            <w:tcW w:w="669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E4D2974" w14:textId="77777777" w:rsidR="00AB44CA" w:rsidRDefault="00AB44CA">
            <w:pPr>
              <w:spacing w:after="0" w:line="240" w:lineRule="auto"/>
            </w:pPr>
          </w:p>
        </w:tc>
      </w:tr>
      <w:tr w:rsidR="00AB44CA" w14:paraId="734764FF" w14:textId="77777777">
        <w:trPr>
          <w:cantSplit/>
          <w:trHeight w:val="369"/>
          <w:jc w:val="center"/>
        </w:trPr>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7EFEFB4" w14:textId="77777777" w:rsidR="00AB44CA" w:rsidRDefault="00000000">
            <w:pPr>
              <w:spacing w:after="0" w:line="240" w:lineRule="auto"/>
            </w:pPr>
            <w:r>
              <w:rPr>
                <w:sz w:val="18"/>
              </w:rPr>
              <w:t>Main supervisor</w:t>
            </w:r>
          </w:p>
        </w:tc>
        <w:tc>
          <w:tcPr>
            <w:tcW w:w="669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ACBB0B7" w14:textId="77777777" w:rsidR="00AB44CA" w:rsidRDefault="00AB44CA">
            <w:pPr>
              <w:spacing w:after="0" w:line="240" w:lineRule="auto"/>
            </w:pPr>
          </w:p>
        </w:tc>
      </w:tr>
      <w:tr w:rsidR="00AB44CA" w14:paraId="39DE3D2E" w14:textId="77777777">
        <w:trPr>
          <w:cantSplit/>
          <w:trHeight w:val="369"/>
          <w:jc w:val="center"/>
        </w:trPr>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4FA890B" w14:textId="77777777" w:rsidR="00AB44CA" w:rsidRDefault="00000000">
            <w:pPr>
              <w:spacing w:after="0" w:line="240" w:lineRule="auto"/>
            </w:pPr>
            <w:r>
              <w:rPr>
                <w:sz w:val="18"/>
              </w:rPr>
              <w:t>Co-supervisor(s)</w:t>
            </w:r>
          </w:p>
        </w:tc>
        <w:tc>
          <w:tcPr>
            <w:tcW w:w="669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A682EF4" w14:textId="77777777" w:rsidR="00AB44CA" w:rsidRDefault="00AB44CA">
            <w:pPr>
              <w:spacing w:after="0" w:line="240" w:lineRule="auto"/>
            </w:pPr>
          </w:p>
        </w:tc>
      </w:tr>
      <w:tr w:rsidR="00AB44CA" w14:paraId="7970F3A9" w14:textId="77777777">
        <w:trPr>
          <w:cantSplit/>
          <w:trHeight w:val="369"/>
          <w:jc w:val="center"/>
        </w:trPr>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DDDCED3" w14:textId="77777777" w:rsidR="00AB44CA" w:rsidRDefault="00000000">
            <w:pPr>
              <w:spacing w:after="0" w:line="240" w:lineRule="auto"/>
            </w:pPr>
            <w:r>
              <w:rPr>
                <w:sz w:val="18"/>
              </w:rPr>
              <w:t>Date of enrolment</w:t>
            </w:r>
          </w:p>
        </w:tc>
        <w:tc>
          <w:tcPr>
            <w:tcW w:w="669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1544892" w14:textId="77777777" w:rsidR="00AB44CA" w:rsidRDefault="00AB44CA">
            <w:pPr>
              <w:spacing w:after="0" w:line="240" w:lineRule="auto"/>
            </w:pPr>
          </w:p>
        </w:tc>
      </w:tr>
      <w:tr w:rsidR="00AB44CA" w14:paraId="73E4B907" w14:textId="77777777">
        <w:trPr>
          <w:cantSplit/>
          <w:trHeight w:val="369"/>
          <w:jc w:val="center"/>
        </w:trPr>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4DAE4D1" w14:textId="77777777" w:rsidR="00AB44CA" w:rsidRDefault="00000000">
            <w:pPr>
              <w:spacing w:after="0" w:line="240" w:lineRule="auto"/>
            </w:pPr>
            <w:r>
              <w:rPr>
                <w:sz w:val="18"/>
              </w:rPr>
              <w:t>Expected thesis submission date</w:t>
            </w:r>
          </w:p>
        </w:tc>
        <w:tc>
          <w:tcPr>
            <w:tcW w:w="669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C8921DC" w14:textId="77777777" w:rsidR="00AB44CA" w:rsidRDefault="00AB44CA">
            <w:pPr>
              <w:spacing w:after="0" w:line="240" w:lineRule="auto"/>
            </w:pPr>
          </w:p>
        </w:tc>
      </w:tr>
      <w:tr w:rsidR="00AB44CA" w14:paraId="2D73C29C" w14:textId="77777777">
        <w:trPr>
          <w:cantSplit/>
          <w:trHeight w:val="369"/>
          <w:jc w:val="center"/>
        </w:trPr>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89B4605" w14:textId="77777777" w:rsidR="00AB44CA" w:rsidRDefault="00000000">
            <w:pPr>
              <w:spacing w:after="0" w:line="240" w:lineRule="auto"/>
            </w:pPr>
            <w:r>
              <w:rPr>
                <w:sz w:val="18"/>
              </w:rPr>
              <w:t>Report submission date</w:t>
            </w:r>
          </w:p>
        </w:tc>
        <w:tc>
          <w:tcPr>
            <w:tcW w:w="669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7D9E6AF" w14:textId="77777777" w:rsidR="00AB44CA" w:rsidRDefault="00AB44CA">
            <w:pPr>
              <w:spacing w:after="0" w:line="240" w:lineRule="auto"/>
            </w:pPr>
          </w:p>
        </w:tc>
      </w:tr>
    </w:tbl>
    <w:p w14:paraId="4CFD97E3" w14:textId="77777777" w:rsidR="00AB44CA" w:rsidRDefault="00000000">
      <w:pPr>
        <w:pStyle w:val="Heading2"/>
      </w:pPr>
      <w:r>
        <w:t>B Timeline for Thesis Components</w:t>
      </w:r>
    </w:p>
    <w:tbl>
      <w:tblPr>
        <w:tblW w:w="0" w:type="auto"/>
        <w:jc w:val="center"/>
        <w:tblLayout w:type="fixed"/>
        <w:tblLook w:val="04A0" w:firstRow="1" w:lastRow="0" w:firstColumn="1" w:lastColumn="0" w:noHBand="0" w:noVBand="1"/>
      </w:tblPr>
      <w:tblGrid>
        <w:gridCol w:w="3118"/>
        <w:gridCol w:w="3402"/>
        <w:gridCol w:w="3572"/>
      </w:tblGrid>
      <w:tr w:rsidR="00AB44CA" w14:paraId="44F403B1" w14:textId="77777777">
        <w:trPr>
          <w:cantSplit/>
          <w:tblHeader/>
          <w:jc w:val="center"/>
        </w:trPr>
        <w:tc>
          <w:tcPr>
            <w:tcW w:w="3118"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37B8C8AA" w14:textId="77777777" w:rsidR="00AB44CA" w:rsidRDefault="00000000">
            <w:pPr>
              <w:spacing w:after="0" w:line="240" w:lineRule="auto"/>
            </w:pPr>
            <w:r>
              <w:rPr>
                <w:b/>
                <w:sz w:val="18"/>
              </w:rPr>
              <w:t>Thesis / Research Component</w:t>
            </w:r>
          </w:p>
        </w:tc>
        <w:tc>
          <w:tcPr>
            <w:tcW w:w="3402"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46F6FC7F" w14:textId="77777777" w:rsidR="00AB44CA" w:rsidRDefault="00000000">
            <w:pPr>
              <w:spacing w:after="0" w:line="240" w:lineRule="auto"/>
            </w:pPr>
            <w:r>
              <w:rPr>
                <w:b/>
                <w:sz w:val="18"/>
              </w:rPr>
              <w:t>Proposed Completion</w:t>
            </w:r>
          </w:p>
        </w:tc>
        <w:tc>
          <w:tcPr>
            <w:tcW w:w="3572"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0C416CB5" w14:textId="77777777" w:rsidR="00AB44CA" w:rsidRDefault="00000000">
            <w:pPr>
              <w:spacing w:after="0" w:line="240" w:lineRule="auto"/>
            </w:pPr>
            <w:r>
              <w:rPr>
                <w:b/>
                <w:sz w:val="18"/>
              </w:rPr>
              <w:t>Agreed Completion with Supervisors</w:t>
            </w:r>
          </w:p>
        </w:tc>
      </w:tr>
      <w:tr w:rsidR="00AB44CA" w14:paraId="2DD3EC0B" w14:textId="77777777">
        <w:trPr>
          <w:cantSplit/>
          <w:trHeight w:val="369"/>
          <w:jc w:val="center"/>
        </w:trPr>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03E7005" w14:textId="77777777" w:rsidR="00AB44CA" w:rsidRDefault="00000000">
            <w:pPr>
              <w:spacing w:after="0" w:line="240" w:lineRule="auto"/>
            </w:pPr>
            <w:r>
              <w:rPr>
                <w:sz w:val="18"/>
              </w:rPr>
              <w:t>Introduction</w:t>
            </w:r>
          </w:p>
        </w:tc>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65C5E09" w14:textId="77777777" w:rsidR="00AB44CA" w:rsidRDefault="00000000">
            <w:pPr>
              <w:spacing w:after="0" w:line="240" w:lineRule="auto"/>
            </w:pPr>
            <w:r>
              <w:rPr>
                <w:sz w:val="18"/>
              </w:rPr>
              <w:t>Semesters 1–2</w:t>
            </w:r>
          </w:p>
        </w:tc>
        <w:tc>
          <w:tcPr>
            <w:tcW w:w="357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0906087" w14:textId="77777777" w:rsidR="00AB44CA" w:rsidRDefault="00AB44CA">
            <w:pPr>
              <w:spacing w:after="0" w:line="240" w:lineRule="auto"/>
            </w:pPr>
          </w:p>
        </w:tc>
      </w:tr>
      <w:tr w:rsidR="00AB44CA" w14:paraId="0102E3AB" w14:textId="77777777">
        <w:trPr>
          <w:cantSplit/>
          <w:trHeight w:val="369"/>
          <w:jc w:val="center"/>
        </w:trPr>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6132309" w14:textId="77777777" w:rsidR="00AB44CA" w:rsidRDefault="00000000">
            <w:pPr>
              <w:spacing w:after="0" w:line="240" w:lineRule="auto"/>
            </w:pPr>
            <w:r>
              <w:rPr>
                <w:sz w:val="18"/>
              </w:rPr>
              <w:t>Literature Review</w:t>
            </w:r>
          </w:p>
        </w:tc>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733DD39" w14:textId="77777777" w:rsidR="00AB44CA" w:rsidRDefault="00000000">
            <w:pPr>
              <w:spacing w:after="0" w:line="240" w:lineRule="auto"/>
            </w:pPr>
            <w:r>
              <w:rPr>
                <w:sz w:val="18"/>
              </w:rPr>
              <w:t>Semesters 1–2; updated throughout candidature</w:t>
            </w:r>
          </w:p>
        </w:tc>
        <w:tc>
          <w:tcPr>
            <w:tcW w:w="357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BBA9C17" w14:textId="77777777" w:rsidR="00AB44CA" w:rsidRDefault="00AB44CA">
            <w:pPr>
              <w:spacing w:after="0" w:line="240" w:lineRule="auto"/>
            </w:pPr>
          </w:p>
        </w:tc>
      </w:tr>
      <w:tr w:rsidR="00AB44CA" w14:paraId="5E6E56B3" w14:textId="77777777">
        <w:trPr>
          <w:cantSplit/>
          <w:trHeight w:val="369"/>
          <w:jc w:val="center"/>
        </w:trPr>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6E4CB45" w14:textId="77777777" w:rsidR="00AB44CA" w:rsidRDefault="00000000">
            <w:pPr>
              <w:spacing w:after="0" w:line="240" w:lineRule="auto"/>
            </w:pPr>
            <w:r>
              <w:rPr>
                <w:sz w:val="18"/>
              </w:rPr>
              <w:t>Methodology</w:t>
            </w:r>
          </w:p>
        </w:tc>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2570017" w14:textId="77777777" w:rsidR="00AB44CA" w:rsidRDefault="00000000">
            <w:pPr>
              <w:spacing w:after="0" w:line="240" w:lineRule="auto"/>
            </w:pPr>
            <w:r>
              <w:rPr>
                <w:sz w:val="18"/>
              </w:rPr>
              <w:t>Semesters 2–3</w:t>
            </w:r>
          </w:p>
        </w:tc>
        <w:tc>
          <w:tcPr>
            <w:tcW w:w="357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EAB587C" w14:textId="77777777" w:rsidR="00AB44CA" w:rsidRDefault="00AB44CA">
            <w:pPr>
              <w:spacing w:after="0" w:line="240" w:lineRule="auto"/>
            </w:pPr>
          </w:p>
        </w:tc>
      </w:tr>
      <w:tr w:rsidR="00AB44CA" w14:paraId="2205EB52" w14:textId="77777777">
        <w:trPr>
          <w:cantSplit/>
          <w:trHeight w:val="369"/>
          <w:jc w:val="center"/>
        </w:trPr>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A010012" w14:textId="77777777" w:rsidR="00AB44CA" w:rsidRDefault="00000000">
            <w:pPr>
              <w:spacing w:after="0" w:line="240" w:lineRule="auto"/>
            </w:pPr>
            <w:r>
              <w:rPr>
                <w:sz w:val="18"/>
              </w:rPr>
              <w:t>Data Collection</w:t>
            </w:r>
          </w:p>
        </w:tc>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36C93B9" w14:textId="77777777" w:rsidR="00AB44CA" w:rsidRDefault="00000000">
            <w:pPr>
              <w:spacing w:after="0" w:line="240" w:lineRule="auto"/>
            </w:pPr>
            <w:r>
              <w:rPr>
                <w:sz w:val="18"/>
              </w:rPr>
              <w:t>Semesters 3–4</w:t>
            </w:r>
          </w:p>
        </w:tc>
        <w:tc>
          <w:tcPr>
            <w:tcW w:w="357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76BEA3D" w14:textId="77777777" w:rsidR="00AB44CA" w:rsidRDefault="00AB44CA">
            <w:pPr>
              <w:spacing w:after="0" w:line="240" w:lineRule="auto"/>
            </w:pPr>
          </w:p>
        </w:tc>
      </w:tr>
      <w:tr w:rsidR="00AB44CA" w14:paraId="2BD21CDB" w14:textId="77777777">
        <w:trPr>
          <w:cantSplit/>
          <w:trHeight w:val="369"/>
          <w:jc w:val="center"/>
        </w:trPr>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821755D" w14:textId="77777777" w:rsidR="00AB44CA" w:rsidRDefault="00000000">
            <w:pPr>
              <w:spacing w:after="0" w:line="240" w:lineRule="auto"/>
            </w:pPr>
            <w:r>
              <w:rPr>
                <w:sz w:val="18"/>
              </w:rPr>
              <w:t>Results / Data Analysis</w:t>
            </w:r>
          </w:p>
        </w:tc>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6A0630E" w14:textId="77777777" w:rsidR="00AB44CA" w:rsidRDefault="00000000">
            <w:pPr>
              <w:spacing w:after="0" w:line="240" w:lineRule="auto"/>
            </w:pPr>
            <w:r>
              <w:rPr>
                <w:sz w:val="18"/>
              </w:rPr>
              <w:t>Semester 5</w:t>
            </w:r>
          </w:p>
        </w:tc>
        <w:tc>
          <w:tcPr>
            <w:tcW w:w="357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204C3A4" w14:textId="77777777" w:rsidR="00AB44CA" w:rsidRDefault="00AB44CA">
            <w:pPr>
              <w:spacing w:after="0" w:line="240" w:lineRule="auto"/>
            </w:pPr>
          </w:p>
        </w:tc>
      </w:tr>
      <w:tr w:rsidR="00AB44CA" w14:paraId="1FA9043A" w14:textId="77777777">
        <w:trPr>
          <w:cantSplit/>
          <w:trHeight w:val="369"/>
          <w:jc w:val="center"/>
        </w:trPr>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6A9D2D4" w14:textId="77777777" w:rsidR="00AB44CA" w:rsidRDefault="00000000">
            <w:pPr>
              <w:spacing w:after="0" w:line="240" w:lineRule="auto"/>
            </w:pPr>
            <w:r>
              <w:rPr>
                <w:sz w:val="18"/>
              </w:rPr>
              <w:t>Discussion</w:t>
            </w:r>
          </w:p>
        </w:tc>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C09DD9E" w14:textId="77777777" w:rsidR="00AB44CA" w:rsidRDefault="00000000">
            <w:pPr>
              <w:spacing w:after="0" w:line="240" w:lineRule="auto"/>
            </w:pPr>
            <w:r>
              <w:rPr>
                <w:sz w:val="18"/>
              </w:rPr>
              <w:t>Semester 6</w:t>
            </w:r>
          </w:p>
        </w:tc>
        <w:tc>
          <w:tcPr>
            <w:tcW w:w="357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187BEA2" w14:textId="77777777" w:rsidR="00AB44CA" w:rsidRDefault="00AB44CA">
            <w:pPr>
              <w:spacing w:after="0" w:line="240" w:lineRule="auto"/>
            </w:pPr>
          </w:p>
        </w:tc>
      </w:tr>
      <w:tr w:rsidR="00AB44CA" w14:paraId="659B1E76" w14:textId="77777777">
        <w:trPr>
          <w:cantSplit/>
          <w:trHeight w:val="369"/>
          <w:jc w:val="center"/>
        </w:trPr>
        <w:tc>
          <w:tcPr>
            <w:tcW w:w="311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213E177" w14:textId="77777777" w:rsidR="00AB44CA" w:rsidRDefault="00000000">
            <w:pPr>
              <w:spacing w:after="0" w:line="240" w:lineRule="auto"/>
            </w:pPr>
            <w:r>
              <w:rPr>
                <w:sz w:val="18"/>
              </w:rPr>
              <w:t>Conclusion</w:t>
            </w:r>
          </w:p>
        </w:tc>
        <w:tc>
          <w:tcPr>
            <w:tcW w:w="34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FBD5524" w14:textId="77777777" w:rsidR="00AB44CA" w:rsidRDefault="00000000">
            <w:pPr>
              <w:spacing w:after="0" w:line="240" w:lineRule="auto"/>
            </w:pPr>
            <w:r>
              <w:rPr>
                <w:sz w:val="18"/>
              </w:rPr>
              <w:t>Semester 6</w:t>
            </w:r>
          </w:p>
        </w:tc>
        <w:tc>
          <w:tcPr>
            <w:tcW w:w="357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D7827C8" w14:textId="77777777" w:rsidR="00AB44CA" w:rsidRDefault="00AB44CA">
            <w:pPr>
              <w:spacing w:after="0" w:line="240" w:lineRule="auto"/>
            </w:pPr>
          </w:p>
        </w:tc>
      </w:tr>
    </w:tbl>
    <w:p w14:paraId="0AEC89E9" w14:textId="77777777" w:rsidR="00AB44CA" w:rsidRDefault="00000000">
      <w:r>
        <w:br w:type="page"/>
      </w:r>
    </w:p>
    <w:p w14:paraId="2F73587B" w14:textId="77777777" w:rsidR="00AB44CA" w:rsidRDefault="00000000">
      <w:pPr>
        <w:pStyle w:val="Heading1"/>
      </w:pPr>
      <w:r>
        <w:lastRenderedPageBreak/>
        <w:t>Part 1 General Information and Research Timeline</w:t>
      </w:r>
    </w:p>
    <w:p w14:paraId="7716404B" w14:textId="77777777" w:rsidR="00AB44CA" w:rsidRDefault="00000000">
      <w:pPr>
        <w:pStyle w:val="Heading2"/>
      </w:pPr>
      <w:r>
        <w:t>C Proposed and Agreed Milestones</w:t>
      </w:r>
    </w:p>
    <w:p w14:paraId="2BAD86BE" w14:textId="77777777" w:rsidR="00AB44CA" w:rsidRDefault="00000000">
      <w:r>
        <w:t>Enter the actual completion date or semester once an activity is completed. Leave pending activities blank and enter N/A where an activity does not apply.</w:t>
      </w:r>
    </w:p>
    <w:tbl>
      <w:tblPr>
        <w:tblW w:w="0" w:type="auto"/>
        <w:jc w:val="center"/>
        <w:tblLayout w:type="fixed"/>
        <w:tblLook w:val="04A0" w:firstRow="1" w:lastRow="0" w:firstColumn="1" w:lastColumn="0" w:noHBand="0" w:noVBand="1"/>
      </w:tblPr>
      <w:tblGrid>
        <w:gridCol w:w="3458"/>
        <w:gridCol w:w="1814"/>
        <w:gridCol w:w="2409"/>
        <w:gridCol w:w="2409"/>
      </w:tblGrid>
      <w:tr w:rsidR="00AB44CA" w14:paraId="446FAC1C" w14:textId="77777777">
        <w:trPr>
          <w:cantSplit/>
          <w:tblHeader/>
          <w:jc w:val="center"/>
        </w:trPr>
        <w:tc>
          <w:tcPr>
            <w:tcW w:w="3458"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3B16E67D" w14:textId="77777777" w:rsidR="00AB44CA" w:rsidRDefault="00000000">
            <w:pPr>
              <w:spacing w:after="0" w:line="240" w:lineRule="auto"/>
            </w:pPr>
            <w:r>
              <w:rPr>
                <w:b/>
                <w:sz w:val="18"/>
              </w:rPr>
              <w:t>Activity / Milestone</w:t>
            </w:r>
          </w:p>
        </w:tc>
        <w:tc>
          <w:tcPr>
            <w:tcW w:w="1814"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78951D7A" w14:textId="77777777" w:rsidR="00AB44CA" w:rsidRDefault="00000000">
            <w:pPr>
              <w:spacing w:after="0" w:line="240" w:lineRule="auto"/>
            </w:pPr>
            <w:r>
              <w:rPr>
                <w:b/>
                <w:sz w:val="18"/>
              </w:rPr>
              <w:t>Proposed Timeline</w:t>
            </w:r>
          </w:p>
        </w:tc>
        <w:tc>
          <w:tcPr>
            <w:tcW w:w="2409"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0B98C9E2" w14:textId="77777777" w:rsidR="00AB44CA" w:rsidRDefault="00000000">
            <w:pPr>
              <w:spacing w:after="0" w:line="240" w:lineRule="auto"/>
            </w:pPr>
            <w:r>
              <w:rPr>
                <w:b/>
                <w:sz w:val="18"/>
              </w:rPr>
              <w:t>Agreed Timeline with Supervisors</w:t>
            </w:r>
          </w:p>
        </w:tc>
        <w:tc>
          <w:tcPr>
            <w:tcW w:w="2409"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7F85A09D" w14:textId="77777777" w:rsidR="00AB44CA" w:rsidRDefault="00000000">
            <w:pPr>
              <w:spacing w:after="0" w:line="240" w:lineRule="auto"/>
            </w:pPr>
            <w:r>
              <w:rPr>
                <w:b/>
                <w:sz w:val="18"/>
              </w:rPr>
              <w:t>Actual Completion Date / Semester</w:t>
            </w:r>
          </w:p>
        </w:tc>
      </w:tr>
      <w:tr w:rsidR="00AB44CA" w14:paraId="41FA7157"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B2A786E" w14:textId="77777777" w:rsidR="00AB44CA" w:rsidRDefault="00000000">
            <w:pPr>
              <w:spacing w:after="0" w:line="240" w:lineRule="auto"/>
            </w:pPr>
            <w:r>
              <w:rPr>
                <w:sz w:val="18"/>
              </w:rPr>
              <w:t>Research Methodology course</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75AC7A9" w14:textId="77777777" w:rsidR="00AB44CA" w:rsidRDefault="00000000">
            <w:pPr>
              <w:spacing w:after="0" w:line="240" w:lineRule="auto"/>
            </w:pPr>
            <w:r>
              <w:rPr>
                <w:sz w:val="18"/>
              </w:rPr>
              <w:t>Semester 1</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0AA84F8"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8BC118F" w14:textId="77777777" w:rsidR="00AB44CA" w:rsidRDefault="00AB44CA">
            <w:pPr>
              <w:spacing w:after="0" w:line="240" w:lineRule="auto"/>
            </w:pPr>
          </w:p>
        </w:tc>
      </w:tr>
      <w:tr w:rsidR="00AB44CA" w14:paraId="08EA6665"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FDB0101" w14:textId="77777777" w:rsidR="00AB44CA" w:rsidRDefault="00000000">
            <w:pPr>
              <w:spacing w:after="0" w:line="240" w:lineRule="auto"/>
            </w:pPr>
            <w:r>
              <w:rPr>
                <w:sz w:val="18"/>
              </w:rPr>
              <w:t>Malay Language course for international students, where applicable</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FC25A81" w14:textId="77777777" w:rsidR="00AB44CA" w:rsidRDefault="00000000">
            <w:pPr>
              <w:spacing w:after="0" w:line="240" w:lineRule="auto"/>
            </w:pPr>
            <w:r>
              <w:rPr>
                <w:sz w:val="18"/>
              </w:rPr>
              <w:t>Semester 1</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E16EA37"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0243AA4" w14:textId="77777777" w:rsidR="00AB44CA" w:rsidRDefault="00AB44CA">
            <w:pPr>
              <w:spacing w:after="0" w:line="240" w:lineRule="auto"/>
            </w:pPr>
          </w:p>
        </w:tc>
      </w:tr>
      <w:tr w:rsidR="00AB44CA" w14:paraId="5AF20E63"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366E8BE" w14:textId="77777777" w:rsidR="00AB44CA" w:rsidRDefault="00000000">
            <w:pPr>
              <w:spacing w:after="0" w:line="240" w:lineRule="auto"/>
            </w:pPr>
            <w:r>
              <w:rPr>
                <w:sz w:val="18"/>
              </w:rPr>
              <w:t>Finalisation of research questions and objectives</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DFB7DC8" w14:textId="77777777" w:rsidR="00AB44CA" w:rsidRDefault="00000000">
            <w:pPr>
              <w:spacing w:after="0" w:line="240" w:lineRule="auto"/>
            </w:pPr>
            <w:r>
              <w:rPr>
                <w:sz w:val="18"/>
              </w:rPr>
              <w:t>Semesters 1–2</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4153828"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D185E99" w14:textId="77777777" w:rsidR="00AB44CA" w:rsidRDefault="00AB44CA">
            <w:pPr>
              <w:spacing w:after="0" w:line="240" w:lineRule="auto"/>
            </w:pPr>
          </w:p>
        </w:tc>
      </w:tr>
      <w:tr w:rsidR="00AB44CA" w14:paraId="7B7BE830"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31EE115" w14:textId="77777777" w:rsidR="00AB44CA" w:rsidRDefault="00000000">
            <w:pPr>
              <w:spacing w:after="0" w:line="240" w:lineRule="auto"/>
            </w:pPr>
            <w:r>
              <w:rPr>
                <w:sz w:val="18"/>
              </w:rPr>
              <w:t>Proposal Defence</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2AD926F" w14:textId="77777777" w:rsidR="00AB44CA" w:rsidRDefault="00000000">
            <w:pPr>
              <w:spacing w:after="0" w:line="240" w:lineRule="auto"/>
            </w:pPr>
            <w:r>
              <w:rPr>
                <w:sz w:val="18"/>
              </w:rPr>
              <w:t>Semesters 2–3</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7D781D0"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19C126F" w14:textId="77777777" w:rsidR="00AB44CA" w:rsidRDefault="00AB44CA">
            <w:pPr>
              <w:spacing w:after="0" w:line="240" w:lineRule="auto"/>
            </w:pPr>
          </w:p>
        </w:tc>
      </w:tr>
      <w:tr w:rsidR="00AB44CA" w14:paraId="05165776"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877EA9" w14:textId="77777777" w:rsidR="00AB44CA" w:rsidRDefault="00000000">
            <w:pPr>
              <w:spacing w:after="0" w:line="240" w:lineRule="auto"/>
            </w:pPr>
            <w:r>
              <w:rPr>
                <w:sz w:val="18"/>
              </w:rPr>
              <w:t>Ethical approval from Universiti Malaya</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812F1BB" w14:textId="77777777" w:rsidR="00AB44CA" w:rsidRDefault="00000000">
            <w:pPr>
              <w:spacing w:after="0" w:line="240" w:lineRule="auto"/>
            </w:pPr>
            <w:r>
              <w:rPr>
                <w:sz w:val="18"/>
              </w:rPr>
              <w:t>Semesters 2–3</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9D0990F"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28C8D52" w14:textId="77777777" w:rsidR="00AB44CA" w:rsidRDefault="00AB44CA">
            <w:pPr>
              <w:spacing w:after="0" w:line="240" w:lineRule="auto"/>
            </w:pPr>
          </w:p>
        </w:tc>
      </w:tr>
      <w:tr w:rsidR="00AB44CA" w14:paraId="51F3E983"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5260715" w14:textId="77777777" w:rsidR="00AB44CA" w:rsidRDefault="00000000">
            <w:pPr>
              <w:spacing w:after="0" w:line="240" w:lineRule="auto"/>
            </w:pPr>
            <w:r>
              <w:rPr>
                <w:sz w:val="18"/>
              </w:rPr>
              <w:t>Ethical approval from the host country, where applicable</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EEA99D4" w14:textId="77777777" w:rsidR="00AB44CA" w:rsidRDefault="00000000">
            <w:pPr>
              <w:spacing w:after="0" w:line="240" w:lineRule="auto"/>
            </w:pPr>
            <w:r>
              <w:rPr>
                <w:sz w:val="18"/>
              </w:rPr>
              <w:t>Semesters 2–3</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91C34C0"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A20A8AD" w14:textId="77777777" w:rsidR="00AB44CA" w:rsidRDefault="00AB44CA">
            <w:pPr>
              <w:spacing w:after="0" w:line="240" w:lineRule="auto"/>
            </w:pPr>
          </w:p>
        </w:tc>
      </w:tr>
      <w:tr w:rsidR="00AB44CA" w14:paraId="391DF5D1"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5521963" w14:textId="77777777" w:rsidR="00AB44CA" w:rsidRDefault="00000000">
            <w:pPr>
              <w:spacing w:after="0" w:line="240" w:lineRule="auto"/>
            </w:pPr>
            <w:r>
              <w:rPr>
                <w:sz w:val="18"/>
              </w:rPr>
              <w:t>Completion of pilot study</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9A4B9CB" w14:textId="77777777" w:rsidR="00AB44CA" w:rsidRDefault="00000000">
            <w:pPr>
              <w:spacing w:after="0" w:line="240" w:lineRule="auto"/>
            </w:pPr>
            <w:r>
              <w:rPr>
                <w:sz w:val="18"/>
              </w:rPr>
              <w:t>Semesters 2–3</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F785786"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6C25AB1" w14:textId="77777777" w:rsidR="00AB44CA" w:rsidRDefault="00AB44CA">
            <w:pPr>
              <w:spacing w:after="0" w:line="240" w:lineRule="auto"/>
            </w:pPr>
          </w:p>
        </w:tc>
      </w:tr>
      <w:tr w:rsidR="00AB44CA" w14:paraId="64FE65B2"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6C31A2" w14:textId="77777777" w:rsidR="00AB44CA" w:rsidRDefault="00000000">
            <w:pPr>
              <w:spacing w:after="0" w:line="240" w:lineRule="auto"/>
            </w:pPr>
            <w:r>
              <w:rPr>
                <w:sz w:val="18"/>
              </w:rPr>
              <w:t>Submission of first manuscript</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AB90478" w14:textId="77777777" w:rsidR="00AB44CA" w:rsidRDefault="00000000">
            <w:pPr>
              <w:spacing w:after="0" w:line="240" w:lineRule="auto"/>
            </w:pPr>
            <w:r>
              <w:rPr>
                <w:sz w:val="18"/>
              </w:rPr>
              <w:t>Semesters 2–3</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6ED49A9"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82F989C" w14:textId="77777777" w:rsidR="00AB44CA" w:rsidRDefault="00AB44CA">
            <w:pPr>
              <w:spacing w:after="0" w:line="240" w:lineRule="auto"/>
            </w:pPr>
          </w:p>
        </w:tc>
      </w:tr>
      <w:tr w:rsidR="00AB44CA" w14:paraId="74BF7B47"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E905361" w14:textId="77777777" w:rsidR="00AB44CA" w:rsidRDefault="00000000">
            <w:pPr>
              <w:spacing w:after="0" w:line="240" w:lineRule="auto"/>
            </w:pPr>
            <w:r>
              <w:rPr>
                <w:sz w:val="18"/>
              </w:rPr>
              <w:t>Submission of second manuscript</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1DB716D" w14:textId="77777777" w:rsidR="00AB44CA" w:rsidRDefault="00000000">
            <w:pPr>
              <w:spacing w:after="0" w:line="240" w:lineRule="auto"/>
            </w:pPr>
            <w:r>
              <w:rPr>
                <w:sz w:val="18"/>
              </w:rPr>
              <w:t>Semesters 3–4</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A9B3D7C"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092A48C" w14:textId="77777777" w:rsidR="00AB44CA" w:rsidRDefault="00AB44CA">
            <w:pPr>
              <w:spacing w:after="0" w:line="240" w:lineRule="auto"/>
            </w:pPr>
          </w:p>
        </w:tc>
      </w:tr>
      <w:tr w:rsidR="00AB44CA" w14:paraId="380D31D0"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0E94CA0" w14:textId="77777777" w:rsidR="00AB44CA" w:rsidRDefault="00000000">
            <w:pPr>
              <w:spacing w:after="0" w:line="240" w:lineRule="auto"/>
            </w:pPr>
            <w:r>
              <w:rPr>
                <w:sz w:val="18"/>
              </w:rPr>
              <w:t>Candidature Defence (CD)</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12D7D74" w14:textId="77777777" w:rsidR="00AB44CA" w:rsidRDefault="00000000">
            <w:pPr>
              <w:spacing w:after="0" w:line="240" w:lineRule="auto"/>
            </w:pPr>
            <w:r>
              <w:rPr>
                <w:sz w:val="18"/>
              </w:rPr>
              <w:t>Semester 5</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9329134"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3F924FF" w14:textId="77777777" w:rsidR="00AB44CA" w:rsidRDefault="00AB44CA">
            <w:pPr>
              <w:spacing w:after="0" w:line="240" w:lineRule="auto"/>
            </w:pPr>
          </w:p>
        </w:tc>
      </w:tr>
      <w:tr w:rsidR="00AB44CA" w14:paraId="0AF7AEAB"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D3CD70B" w14:textId="77777777" w:rsidR="00AB44CA" w:rsidRDefault="00000000">
            <w:pPr>
              <w:spacing w:after="0" w:line="240" w:lineRule="auto"/>
            </w:pPr>
            <w:r>
              <w:rPr>
                <w:sz w:val="18"/>
              </w:rPr>
              <w:t>Completion of CD corrections</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212C312" w14:textId="77777777" w:rsidR="00AB44CA" w:rsidRDefault="00000000">
            <w:pPr>
              <w:spacing w:after="0" w:line="240" w:lineRule="auto"/>
            </w:pPr>
            <w:r>
              <w:rPr>
                <w:sz w:val="18"/>
              </w:rPr>
              <w:t>Semester 6</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4D26FF8"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81E3C30" w14:textId="77777777" w:rsidR="00AB44CA" w:rsidRDefault="00AB44CA">
            <w:pPr>
              <w:spacing w:after="0" w:line="240" w:lineRule="auto"/>
            </w:pPr>
          </w:p>
        </w:tc>
      </w:tr>
      <w:tr w:rsidR="00AB44CA" w14:paraId="17AC7E43"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AF4968F" w14:textId="77777777" w:rsidR="00AB44CA" w:rsidRDefault="00000000">
            <w:pPr>
              <w:spacing w:after="0" w:line="240" w:lineRule="auto"/>
            </w:pPr>
            <w:r>
              <w:rPr>
                <w:sz w:val="18"/>
              </w:rPr>
              <w:t>Fulfilment of applicable publication requirements</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440CDE1" w14:textId="77777777" w:rsidR="00AB44CA" w:rsidRDefault="00000000">
            <w:pPr>
              <w:spacing w:after="0" w:line="240" w:lineRule="auto"/>
            </w:pPr>
            <w:r>
              <w:rPr>
                <w:sz w:val="18"/>
              </w:rPr>
              <w:t>Semester 6</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5271A16"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820A6D0" w14:textId="77777777" w:rsidR="00AB44CA" w:rsidRDefault="00AB44CA">
            <w:pPr>
              <w:spacing w:after="0" w:line="240" w:lineRule="auto"/>
            </w:pPr>
          </w:p>
        </w:tc>
      </w:tr>
      <w:tr w:rsidR="00AB44CA" w14:paraId="77452536"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F749E31" w14:textId="77777777" w:rsidR="00AB44CA" w:rsidRDefault="00000000">
            <w:pPr>
              <w:spacing w:after="0" w:line="240" w:lineRule="auto"/>
            </w:pPr>
            <w:r>
              <w:rPr>
                <w:sz w:val="18"/>
              </w:rPr>
              <w:t>Thesis submission for examination</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7E58D13" w14:textId="77777777" w:rsidR="00AB44CA" w:rsidRDefault="00000000">
            <w:pPr>
              <w:spacing w:after="0" w:line="240" w:lineRule="auto"/>
            </w:pPr>
            <w:r>
              <w:rPr>
                <w:sz w:val="18"/>
              </w:rPr>
              <w:t>Semester 6</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C61F27C"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4A05E0E" w14:textId="77777777" w:rsidR="00AB44CA" w:rsidRDefault="00AB44CA">
            <w:pPr>
              <w:spacing w:after="0" w:line="240" w:lineRule="auto"/>
            </w:pPr>
          </w:p>
        </w:tc>
      </w:tr>
      <w:tr w:rsidR="00AB44CA" w14:paraId="0CD3917B"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2B17890" w14:textId="77777777" w:rsidR="00AB44CA" w:rsidRDefault="00000000">
            <w:pPr>
              <w:spacing w:after="0" w:line="240" w:lineRule="auto"/>
            </w:pPr>
            <w:r>
              <w:rPr>
                <w:sz w:val="18"/>
              </w:rPr>
              <w:t>Viva voce examination</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D6AEE2C" w14:textId="77777777" w:rsidR="00AB44CA" w:rsidRDefault="00000000">
            <w:pPr>
              <w:spacing w:after="0" w:line="240" w:lineRule="auto"/>
            </w:pPr>
            <w:r>
              <w:rPr>
                <w:sz w:val="18"/>
              </w:rPr>
              <w:t>Semester 6</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A400139"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47BCF7C" w14:textId="77777777" w:rsidR="00AB44CA" w:rsidRDefault="00AB44CA">
            <w:pPr>
              <w:spacing w:after="0" w:line="240" w:lineRule="auto"/>
            </w:pPr>
          </w:p>
        </w:tc>
      </w:tr>
      <w:tr w:rsidR="00AB44CA" w14:paraId="63FA4BA5"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B80CF76" w14:textId="77777777" w:rsidR="00AB44CA" w:rsidRDefault="00000000">
            <w:pPr>
              <w:spacing w:after="0" w:line="240" w:lineRule="auto"/>
            </w:pPr>
            <w:r>
              <w:rPr>
                <w:sz w:val="18"/>
              </w:rPr>
              <w:t>Submission of thesis corrections</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7A3A90E" w14:textId="77777777" w:rsidR="00AB44CA" w:rsidRDefault="00000000">
            <w:pPr>
              <w:spacing w:after="0" w:line="240" w:lineRule="auto"/>
            </w:pPr>
            <w:r>
              <w:rPr>
                <w:sz w:val="18"/>
              </w:rPr>
              <w:t>Semester 6</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C9920A1"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9859037" w14:textId="77777777" w:rsidR="00AB44CA" w:rsidRDefault="00AB44CA">
            <w:pPr>
              <w:spacing w:after="0" w:line="240" w:lineRule="auto"/>
            </w:pPr>
          </w:p>
        </w:tc>
      </w:tr>
      <w:tr w:rsidR="00AB44CA" w14:paraId="5CF605AC" w14:textId="77777777">
        <w:trPr>
          <w:cantSplit/>
          <w:trHeight w:val="471"/>
          <w:jc w:val="center"/>
        </w:trPr>
        <w:tc>
          <w:tcPr>
            <w:tcW w:w="345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434E597" w14:textId="77777777" w:rsidR="00AB44CA" w:rsidRDefault="00000000">
            <w:pPr>
              <w:spacing w:after="0" w:line="240" w:lineRule="auto"/>
            </w:pPr>
            <w:r>
              <w:rPr>
                <w:sz w:val="18"/>
              </w:rPr>
              <w:t>Senate confirmation of degree award</w:t>
            </w:r>
          </w:p>
        </w:tc>
        <w:tc>
          <w:tcPr>
            <w:tcW w:w="1814"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C5893DE" w14:textId="77777777" w:rsidR="00AB44CA" w:rsidRDefault="00000000">
            <w:pPr>
              <w:spacing w:after="0" w:line="240" w:lineRule="auto"/>
            </w:pPr>
            <w:r>
              <w:rPr>
                <w:sz w:val="18"/>
              </w:rPr>
              <w:t>Semester 6</w:t>
            </w: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D2D8675" w14:textId="77777777" w:rsidR="00AB44CA" w:rsidRDefault="00AB44CA">
            <w:pPr>
              <w:spacing w:after="0" w:line="240" w:lineRule="auto"/>
            </w:pPr>
          </w:p>
        </w:tc>
        <w:tc>
          <w:tcPr>
            <w:tcW w:w="2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68C3C66" w14:textId="77777777" w:rsidR="00AB44CA" w:rsidRDefault="00AB44CA">
            <w:pPr>
              <w:spacing w:after="0" w:line="240" w:lineRule="auto"/>
            </w:pPr>
          </w:p>
        </w:tc>
      </w:tr>
    </w:tbl>
    <w:p w14:paraId="068FBE92" w14:textId="77777777" w:rsidR="00AB44CA" w:rsidRDefault="00000000">
      <w:r>
        <w:br w:type="page"/>
      </w:r>
    </w:p>
    <w:p w14:paraId="538E9B90" w14:textId="77777777" w:rsidR="00AB44CA" w:rsidRDefault="00000000">
      <w:pPr>
        <w:pStyle w:val="Heading1"/>
      </w:pPr>
      <w:r>
        <w:lastRenderedPageBreak/>
        <w:t>Part 2 Semester Progress by Thesis Component</w:t>
      </w:r>
    </w:p>
    <w:p w14:paraId="20F2C9D1" w14:textId="61C80D21" w:rsidR="00AB44CA" w:rsidRDefault="00000000">
      <w:pPr>
        <w:pStyle w:val="Heading2"/>
      </w:pPr>
      <w:r>
        <w:t>A</w:t>
      </w:r>
      <w:r w:rsidR="005F41C6">
        <w:t>.</w:t>
      </w:r>
      <w:r>
        <w:t xml:space="preserve"> Completion Tracking Across Semesters</w:t>
      </w:r>
    </w:p>
    <w:p w14:paraId="1D351CFC" w14:textId="77777777" w:rsidR="00AB44CA" w:rsidRDefault="00000000">
      <w:r>
        <w:t>Enter the cumulative percentage completed at the end of each semester. 0% = not started; 1–99% = in progress; 100% = completed. Leave future semesters blank. Review percentages with the supervisors.</w:t>
      </w:r>
    </w:p>
    <w:tbl>
      <w:tblPr>
        <w:tblW w:w="0" w:type="auto"/>
        <w:jc w:val="center"/>
        <w:tblLayout w:type="fixed"/>
        <w:tblLook w:val="04A0" w:firstRow="1" w:lastRow="0" w:firstColumn="1" w:lastColumn="0" w:noHBand="0" w:noVBand="1"/>
      </w:tblPr>
      <w:tblGrid>
        <w:gridCol w:w="2948"/>
        <w:gridCol w:w="1191"/>
        <w:gridCol w:w="1191"/>
        <w:gridCol w:w="1191"/>
        <w:gridCol w:w="1191"/>
        <w:gridCol w:w="1191"/>
        <w:gridCol w:w="1191"/>
      </w:tblGrid>
      <w:tr w:rsidR="00AB44CA" w14:paraId="41472544" w14:textId="77777777">
        <w:trPr>
          <w:cantSplit/>
          <w:tblHeader/>
          <w:jc w:val="center"/>
        </w:trPr>
        <w:tc>
          <w:tcPr>
            <w:tcW w:w="2948"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19A5C305" w14:textId="77777777" w:rsidR="00AB44CA" w:rsidRDefault="00000000">
            <w:pPr>
              <w:spacing w:after="0" w:line="240" w:lineRule="auto"/>
            </w:pPr>
            <w:r>
              <w:rPr>
                <w:b/>
                <w:sz w:val="18"/>
              </w:rPr>
              <w:t>Thesis / Research Component</w:t>
            </w:r>
          </w:p>
        </w:tc>
        <w:tc>
          <w:tcPr>
            <w:tcW w:w="1191"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48AF77D9" w14:textId="77777777" w:rsidR="00AB44CA" w:rsidRDefault="00000000" w:rsidP="005F41C6">
            <w:pPr>
              <w:spacing w:after="0" w:line="240" w:lineRule="auto"/>
              <w:jc w:val="center"/>
              <w:rPr>
                <w:b/>
                <w:sz w:val="18"/>
              </w:rPr>
            </w:pPr>
            <w:r>
              <w:rPr>
                <w:b/>
                <w:sz w:val="18"/>
              </w:rPr>
              <w:t>Semester 1</w:t>
            </w:r>
          </w:p>
          <w:p w14:paraId="073757A2" w14:textId="2397EC48" w:rsidR="005F41C6" w:rsidRDefault="005F41C6" w:rsidP="005F41C6">
            <w:pPr>
              <w:spacing w:after="0" w:line="240" w:lineRule="auto"/>
              <w:jc w:val="center"/>
            </w:pPr>
            <w:r>
              <w:rPr>
                <w:b/>
                <w:sz w:val="18"/>
              </w:rPr>
              <w:t>(%)</w:t>
            </w:r>
          </w:p>
        </w:tc>
        <w:tc>
          <w:tcPr>
            <w:tcW w:w="1191"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0F2A981F" w14:textId="77777777" w:rsidR="005F41C6" w:rsidRDefault="00000000" w:rsidP="005F41C6">
            <w:pPr>
              <w:spacing w:after="0" w:line="240" w:lineRule="auto"/>
              <w:jc w:val="center"/>
              <w:rPr>
                <w:b/>
                <w:sz w:val="18"/>
              </w:rPr>
            </w:pPr>
            <w:r>
              <w:rPr>
                <w:b/>
                <w:sz w:val="18"/>
              </w:rPr>
              <w:t>Semester 2</w:t>
            </w:r>
          </w:p>
          <w:p w14:paraId="712999E5" w14:textId="701A92C2" w:rsidR="00AB44CA" w:rsidRDefault="005F41C6" w:rsidP="005F41C6">
            <w:pPr>
              <w:spacing w:after="0" w:line="240" w:lineRule="auto"/>
              <w:jc w:val="center"/>
            </w:pPr>
            <w:r>
              <w:rPr>
                <w:b/>
                <w:sz w:val="18"/>
              </w:rPr>
              <w:t>(%)</w:t>
            </w:r>
          </w:p>
        </w:tc>
        <w:tc>
          <w:tcPr>
            <w:tcW w:w="1191"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35C657BF" w14:textId="77777777" w:rsidR="005F41C6" w:rsidRDefault="00000000" w:rsidP="005F41C6">
            <w:pPr>
              <w:spacing w:after="0" w:line="240" w:lineRule="auto"/>
              <w:jc w:val="center"/>
              <w:rPr>
                <w:b/>
                <w:sz w:val="18"/>
              </w:rPr>
            </w:pPr>
            <w:r>
              <w:rPr>
                <w:b/>
                <w:sz w:val="18"/>
              </w:rPr>
              <w:t>Semester 3</w:t>
            </w:r>
          </w:p>
          <w:p w14:paraId="6401E14C" w14:textId="1521016C" w:rsidR="00AB44CA" w:rsidRDefault="005F41C6" w:rsidP="005F41C6">
            <w:pPr>
              <w:spacing w:after="0" w:line="240" w:lineRule="auto"/>
              <w:jc w:val="center"/>
            </w:pPr>
            <w:r>
              <w:rPr>
                <w:b/>
                <w:sz w:val="18"/>
              </w:rPr>
              <w:t>(%)</w:t>
            </w:r>
          </w:p>
        </w:tc>
        <w:tc>
          <w:tcPr>
            <w:tcW w:w="1191"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6961ECA7" w14:textId="77777777" w:rsidR="005F41C6" w:rsidRDefault="00000000" w:rsidP="005F41C6">
            <w:pPr>
              <w:spacing w:after="0" w:line="240" w:lineRule="auto"/>
              <w:jc w:val="center"/>
              <w:rPr>
                <w:b/>
                <w:sz w:val="18"/>
              </w:rPr>
            </w:pPr>
            <w:r>
              <w:rPr>
                <w:b/>
                <w:sz w:val="18"/>
              </w:rPr>
              <w:t>Semester 4</w:t>
            </w:r>
          </w:p>
          <w:p w14:paraId="372D0B3C" w14:textId="6CC0A2CC" w:rsidR="00AB44CA" w:rsidRDefault="005F41C6" w:rsidP="005F41C6">
            <w:pPr>
              <w:spacing w:after="0" w:line="240" w:lineRule="auto"/>
              <w:jc w:val="center"/>
            </w:pPr>
            <w:r>
              <w:rPr>
                <w:b/>
                <w:sz w:val="18"/>
              </w:rPr>
              <w:t>(%)</w:t>
            </w:r>
          </w:p>
        </w:tc>
        <w:tc>
          <w:tcPr>
            <w:tcW w:w="1191"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32330733" w14:textId="77777777" w:rsidR="005F41C6" w:rsidRDefault="00000000" w:rsidP="005F41C6">
            <w:pPr>
              <w:spacing w:after="0" w:line="240" w:lineRule="auto"/>
              <w:jc w:val="center"/>
              <w:rPr>
                <w:b/>
                <w:sz w:val="18"/>
              </w:rPr>
            </w:pPr>
            <w:r>
              <w:rPr>
                <w:b/>
                <w:sz w:val="18"/>
              </w:rPr>
              <w:t>Semester 5</w:t>
            </w:r>
          </w:p>
          <w:p w14:paraId="5614C27B" w14:textId="6AA7FCDA" w:rsidR="00AB44CA" w:rsidRDefault="005F41C6" w:rsidP="005F41C6">
            <w:pPr>
              <w:spacing w:after="0" w:line="240" w:lineRule="auto"/>
              <w:jc w:val="center"/>
            </w:pPr>
            <w:r>
              <w:rPr>
                <w:b/>
                <w:sz w:val="18"/>
              </w:rPr>
              <w:t>(%)</w:t>
            </w:r>
          </w:p>
        </w:tc>
        <w:tc>
          <w:tcPr>
            <w:tcW w:w="1191"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02284830" w14:textId="77777777" w:rsidR="005F41C6" w:rsidRDefault="00000000" w:rsidP="005F41C6">
            <w:pPr>
              <w:spacing w:after="0" w:line="240" w:lineRule="auto"/>
              <w:jc w:val="center"/>
              <w:rPr>
                <w:b/>
                <w:sz w:val="18"/>
              </w:rPr>
            </w:pPr>
            <w:r>
              <w:rPr>
                <w:b/>
                <w:sz w:val="18"/>
              </w:rPr>
              <w:t>Semester 6</w:t>
            </w:r>
          </w:p>
          <w:p w14:paraId="7575BFAC" w14:textId="5E661A79" w:rsidR="00AB44CA" w:rsidRDefault="005F41C6" w:rsidP="005F41C6">
            <w:pPr>
              <w:spacing w:after="0" w:line="240" w:lineRule="auto"/>
              <w:jc w:val="center"/>
            </w:pPr>
            <w:r>
              <w:rPr>
                <w:b/>
                <w:sz w:val="18"/>
              </w:rPr>
              <w:t>(%)</w:t>
            </w:r>
          </w:p>
        </w:tc>
      </w:tr>
      <w:tr w:rsidR="00AB44CA" w14:paraId="37BF860A" w14:textId="77777777">
        <w:trPr>
          <w:cantSplit/>
          <w:trHeight w:val="482"/>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16D7E3D" w14:textId="77777777" w:rsidR="00AB44CA" w:rsidRDefault="00000000">
            <w:pPr>
              <w:spacing w:after="0" w:line="240" w:lineRule="auto"/>
            </w:pPr>
            <w:r>
              <w:rPr>
                <w:sz w:val="18"/>
              </w:rPr>
              <w:t>Introduction</w:t>
            </w: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090D083" w14:textId="34624770"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E9C1014" w14:textId="14705464"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421849E" w14:textId="1BD34E52"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4E96176" w14:textId="06057E84"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84CD151" w14:textId="7B2999FD"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6070E61" w14:textId="34389E9C" w:rsidR="00AB44CA" w:rsidRDefault="00AB44CA">
            <w:pPr>
              <w:spacing w:after="0" w:line="240" w:lineRule="auto"/>
            </w:pPr>
          </w:p>
        </w:tc>
      </w:tr>
      <w:tr w:rsidR="00AB44CA" w14:paraId="065A1508" w14:textId="77777777">
        <w:trPr>
          <w:cantSplit/>
          <w:trHeight w:val="482"/>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9860F90" w14:textId="77777777" w:rsidR="00AB44CA" w:rsidRDefault="00000000">
            <w:pPr>
              <w:spacing w:after="0" w:line="240" w:lineRule="auto"/>
            </w:pPr>
            <w:r>
              <w:rPr>
                <w:sz w:val="18"/>
              </w:rPr>
              <w:t>Literature Review</w:t>
            </w: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70FF0AA" w14:textId="7950F39C"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9906C11" w14:textId="17036BF2"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48EBEDD" w14:textId="60B4E6B4"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33CF355" w14:textId="4F7543BF"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44FF5EC" w14:textId="7FF0AEF7"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A9A23BD" w14:textId="395B55A0" w:rsidR="00AB44CA" w:rsidRDefault="00AB44CA">
            <w:pPr>
              <w:spacing w:after="0" w:line="240" w:lineRule="auto"/>
            </w:pPr>
          </w:p>
        </w:tc>
      </w:tr>
      <w:tr w:rsidR="00AB44CA" w14:paraId="43E4304A" w14:textId="77777777">
        <w:trPr>
          <w:cantSplit/>
          <w:trHeight w:val="482"/>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8E581B0" w14:textId="77777777" w:rsidR="00AB44CA" w:rsidRDefault="00000000">
            <w:pPr>
              <w:spacing w:after="0" w:line="240" w:lineRule="auto"/>
            </w:pPr>
            <w:r>
              <w:rPr>
                <w:sz w:val="18"/>
              </w:rPr>
              <w:t>Methodology</w:t>
            </w: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7AD161B" w14:textId="4679F440"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635C321" w14:textId="7265CD18"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78BA11B" w14:textId="291DAC40"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2B053A9" w14:textId="46EDBAA2"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18665D7" w14:textId="2C7606C0"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BFDD514" w14:textId="319E9990" w:rsidR="00AB44CA" w:rsidRDefault="00AB44CA">
            <w:pPr>
              <w:spacing w:after="0" w:line="240" w:lineRule="auto"/>
            </w:pPr>
          </w:p>
        </w:tc>
      </w:tr>
      <w:tr w:rsidR="00AB44CA" w14:paraId="32737FF7" w14:textId="77777777">
        <w:trPr>
          <w:cantSplit/>
          <w:trHeight w:val="482"/>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41D606D" w14:textId="77777777" w:rsidR="00AB44CA" w:rsidRDefault="00000000">
            <w:pPr>
              <w:spacing w:after="0" w:line="240" w:lineRule="auto"/>
            </w:pPr>
            <w:r>
              <w:rPr>
                <w:sz w:val="18"/>
              </w:rPr>
              <w:t>Data Collection</w:t>
            </w: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608EB66" w14:textId="00378E0A"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F3B6B90" w14:textId="646134E8"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59A6667" w14:textId="5D320E73"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F575742" w14:textId="3E4E4ECE"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4BB50A5" w14:textId="3112EE57"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111C9B2" w14:textId="4F9C0FB2" w:rsidR="00AB44CA" w:rsidRDefault="00AB44CA">
            <w:pPr>
              <w:spacing w:after="0" w:line="240" w:lineRule="auto"/>
            </w:pPr>
          </w:p>
        </w:tc>
      </w:tr>
      <w:tr w:rsidR="00AB44CA" w14:paraId="1D63FB90" w14:textId="77777777">
        <w:trPr>
          <w:cantSplit/>
          <w:trHeight w:val="482"/>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400F974" w14:textId="77777777" w:rsidR="00AB44CA" w:rsidRDefault="00000000">
            <w:pPr>
              <w:spacing w:after="0" w:line="240" w:lineRule="auto"/>
            </w:pPr>
            <w:r>
              <w:rPr>
                <w:sz w:val="18"/>
              </w:rPr>
              <w:t>Results / Data Analysis</w:t>
            </w: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46E9F00" w14:textId="04382C95"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2D67DE5" w14:textId="50B328FC"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9A88B31" w14:textId="7E6DADD8"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1F097D6" w14:textId="74DDDCD4"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5FDE00F" w14:textId="2A575ED5"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78967E7" w14:textId="6E50BC5E" w:rsidR="00AB44CA" w:rsidRDefault="00AB44CA">
            <w:pPr>
              <w:spacing w:after="0" w:line="240" w:lineRule="auto"/>
            </w:pPr>
          </w:p>
        </w:tc>
      </w:tr>
      <w:tr w:rsidR="00AB44CA" w14:paraId="04BF2F84" w14:textId="77777777">
        <w:trPr>
          <w:cantSplit/>
          <w:trHeight w:val="482"/>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FB67358" w14:textId="77777777" w:rsidR="00AB44CA" w:rsidRDefault="00000000">
            <w:pPr>
              <w:spacing w:after="0" w:line="240" w:lineRule="auto"/>
            </w:pPr>
            <w:r>
              <w:rPr>
                <w:sz w:val="18"/>
              </w:rPr>
              <w:t>Discussion</w:t>
            </w: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573BB01" w14:textId="2F327DF2"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3D9EC82" w14:textId="21B4C691"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A52F438" w14:textId="4B694CD1"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B6FDCA3" w14:textId="79B26212"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D704051" w14:textId="47C8B41C"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6603ADF" w14:textId="7A130C38" w:rsidR="00AB44CA" w:rsidRDefault="00AB44CA">
            <w:pPr>
              <w:spacing w:after="0" w:line="240" w:lineRule="auto"/>
            </w:pPr>
          </w:p>
        </w:tc>
      </w:tr>
      <w:tr w:rsidR="00AB44CA" w14:paraId="0387B013" w14:textId="77777777">
        <w:trPr>
          <w:cantSplit/>
          <w:trHeight w:val="482"/>
          <w:jc w:val="center"/>
        </w:trPr>
        <w:tc>
          <w:tcPr>
            <w:tcW w:w="294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58E9EC4" w14:textId="77777777" w:rsidR="00AB44CA" w:rsidRDefault="00000000">
            <w:pPr>
              <w:spacing w:after="0" w:line="240" w:lineRule="auto"/>
            </w:pPr>
            <w:r>
              <w:rPr>
                <w:sz w:val="18"/>
              </w:rPr>
              <w:t>Conclusion</w:t>
            </w: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B6D8771" w14:textId="7C6F3DB6"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3F1C367" w14:textId="2051C7EB"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CE23FF4" w14:textId="5940A6F4"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EBC3F18" w14:textId="31BDCBD0"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6CD5231" w14:textId="5C8D3F2F" w:rsidR="00AB44CA" w:rsidRDefault="00AB44CA">
            <w:pPr>
              <w:spacing w:after="0" w:line="240" w:lineRule="auto"/>
            </w:pPr>
          </w:p>
        </w:tc>
        <w:tc>
          <w:tcPr>
            <w:tcW w:w="119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DD6C672" w14:textId="3F167B84" w:rsidR="00AB44CA" w:rsidRDefault="00AB44CA">
            <w:pPr>
              <w:spacing w:after="0" w:line="240" w:lineRule="auto"/>
            </w:pPr>
          </w:p>
        </w:tc>
      </w:tr>
    </w:tbl>
    <w:p w14:paraId="542CCA83" w14:textId="77777777" w:rsidR="005F41C6" w:rsidRDefault="005F41C6">
      <w:pPr>
        <w:pStyle w:val="Heading2"/>
      </w:pPr>
    </w:p>
    <w:p w14:paraId="27250EE0" w14:textId="77777777" w:rsidR="005F41C6" w:rsidRDefault="005F41C6">
      <w:pPr>
        <w:spacing w:after="200"/>
        <w:rPr>
          <w:rFonts w:asciiTheme="majorHAnsi" w:eastAsiaTheme="majorEastAsia" w:hAnsiTheme="majorHAnsi" w:cstheme="majorBidi"/>
          <w:b/>
          <w:bCs/>
          <w:sz w:val="22"/>
          <w:szCs w:val="26"/>
        </w:rPr>
      </w:pPr>
      <w:r>
        <w:br w:type="page"/>
      </w:r>
    </w:p>
    <w:p w14:paraId="077A8646" w14:textId="5561E1EC" w:rsidR="00AB44CA" w:rsidRDefault="00000000">
      <w:pPr>
        <w:pStyle w:val="Heading2"/>
      </w:pPr>
      <w:r>
        <w:lastRenderedPageBreak/>
        <w:t>B</w:t>
      </w:r>
      <w:r w:rsidR="005F41C6">
        <w:t>.</w:t>
      </w:r>
      <w:r>
        <w:t xml:space="preserve"> Current Semester Progress Details</w:t>
      </w:r>
    </w:p>
    <w:tbl>
      <w:tblPr>
        <w:tblStyle w:val="TableGrid"/>
        <w:tblW w:w="0" w:type="auto"/>
        <w:tblLook w:val="04A0" w:firstRow="1" w:lastRow="0" w:firstColumn="1" w:lastColumn="0" w:noHBand="0" w:noVBand="1"/>
      </w:tblPr>
      <w:tblGrid>
        <w:gridCol w:w="5154"/>
        <w:gridCol w:w="5154"/>
      </w:tblGrid>
      <w:tr w:rsidR="009D265C" w14:paraId="78F802B9" w14:textId="77777777" w:rsidTr="009D265C">
        <w:tc>
          <w:tcPr>
            <w:tcW w:w="5154" w:type="dxa"/>
          </w:tcPr>
          <w:p w14:paraId="1BEF4730" w14:textId="6267BEE9" w:rsidR="009D265C" w:rsidRDefault="009D265C" w:rsidP="009D265C">
            <w:r>
              <w:t>Reporting semester:</w:t>
            </w:r>
          </w:p>
        </w:tc>
        <w:tc>
          <w:tcPr>
            <w:tcW w:w="5154" w:type="dxa"/>
          </w:tcPr>
          <w:p w14:paraId="458ACD6F" w14:textId="77777777" w:rsidR="009D265C" w:rsidRDefault="009D265C" w:rsidP="009D265C"/>
        </w:tc>
      </w:tr>
    </w:tbl>
    <w:p w14:paraId="027DD5D8" w14:textId="23BC45F2" w:rsidR="00AB44CA" w:rsidRDefault="00AB44CA"/>
    <w:tbl>
      <w:tblPr>
        <w:tblW w:w="0" w:type="auto"/>
        <w:jc w:val="center"/>
        <w:tblLayout w:type="fixed"/>
        <w:tblLook w:val="04A0" w:firstRow="1" w:lastRow="0" w:firstColumn="1" w:lastColumn="0" w:noHBand="0" w:noVBand="1"/>
      </w:tblPr>
      <w:tblGrid>
        <w:gridCol w:w="2268"/>
        <w:gridCol w:w="2608"/>
        <w:gridCol w:w="2608"/>
        <w:gridCol w:w="2608"/>
      </w:tblGrid>
      <w:tr w:rsidR="00AB44CA" w14:paraId="0B66CE49" w14:textId="77777777">
        <w:trPr>
          <w:cantSplit/>
          <w:tblHeader/>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30816B9A" w14:textId="77777777" w:rsidR="00AB44CA" w:rsidRDefault="00000000">
            <w:pPr>
              <w:spacing w:after="0" w:line="240" w:lineRule="auto"/>
            </w:pPr>
            <w:r>
              <w:rPr>
                <w:b/>
                <w:sz w:val="18"/>
              </w:rPr>
              <w:t>Thesis / Research Component</w:t>
            </w:r>
          </w:p>
        </w:tc>
        <w:tc>
          <w:tcPr>
            <w:tcW w:w="2608"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7009CC42" w14:textId="77777777" w:rsidR="00AB44CA" w:rsidRDefault="00000000">
            <w:pPr>
              <w:spacing w:after="0" w:line="240" w:lineRule="auto"/>
            </w:pPr>
            <w:r>
              <w:rPr>
                <w:b/>
                <w:sz w:val="18"/>
              </w:rPr>
              <w:t>Work Completed This Semester</w:t>
            </w:r>
          </w:p>
        </w:tc>
        <w:tc>
          <w:tcPr>
            <w:tcW w:w="2608"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42EE049A" w14:textId="77777777" w:rsidR="00AB44CA" w:rsidRDefault="00000000">
            <w:pPr>
              <w:spacing w:after="0" w:line="240" w:lineRule="auto"/>
            </w:pPr>
            <w:r>
              <w:rPr>
                <w:b/>
                <w:sz w:val="18"/>
              </w:rPr>
              <w:t>Remaining Work / Challenges</w:t>
            </w:r>
          </w:p>
        </w:tc>
        <w:tc>
          <w:tcPr>
            <w:tcW w:w="2608"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40334EE7" w14:textId="77777777" w:rsidR="00AB44CA" w:rsidRDefault="00000000">
            <w:pPr>
              <w:spacing w:after="0" w:line="240" w:lineRule="auto"/>
            </w:pPr>
            <w:r>
              <w:rPr>
                <w:b/>
                <w:sz w:val="18"/>
              </w:rPr>
              <w:t>Next Steps and Target Date</w:t>
            </w:r>
          </w:p>
        </w:tc>
      </w:tr>
      <w:tr w:rsidR="005F41C6" w14:paraId="6E4E5EB2" w14:textId="77777777">
        <w:trPr>
          <w:cantSplit/>
          <w:trHeight w:val="879"/>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A8B658E" w14:textId="10CE16D3" w:rsidR="005F41C6" w:rsidRDefault="005F41C6">
            <w:pPr>
              <w:spacing w:after="0" w:line="240" w:lineRule="auto"/>
              <w:rPr>
                <w:sz w:val="18"/>
              </w:rPr>
            </w:pPr>
            <w:r>
              <w:rPr>
                <w:sz w:val="18"/>
              </w:rPr>
              <w:t>Ethical Approval</w:t>
            </w: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0C3B487" w14:textId="77777777" w:rsidR="005F41C6" w:rsidRDefault="005F41C6">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EF184DF" w14:textId="77777777" w:rsidR="005F41C6" w:rsidRDefault="005F41C6">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2833328" w14:textId="77777777" w:rsidR="005F41C6" w:rsidRDefault="005F41C6">
            <w:pPr>
              <w:spacing w:after="0" w:line="240" w:lineRule="auto"/>
            </w:pPr>
          </w:p>
        </w:tc>
      </w:tr>
      <w:tr w:rsidR="005F41C6" w14:paraId="31AD55E7" w14:textId="77777777">
        <w:trPr>
          <w:cantSplit/>
          <w:trHeight w:val="879"/>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0CCFC8" w14:textId="7126D24F" w:rsidR="005F41C6" w:rsidRDefault="005F41C6">
            <w:pPr>
              <w:spacing w:after="0" w:line="240" w:lineRule="auto"/>
              <w:rPr>
                <w:sz w:val="18"/>
              </w:rPr>
            </w:pPr>
            <w:r>
              <w:rPr>
                <w:sz w:val="18"/>
              </w:rPr>
              <w:t>PD</w:t>
            </w: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F8C19CC" w14:textId="77777777" w:rsidR="005F41C6" w:rsidRDefault="005F41C6">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CC6A7C3" w14:textId="77777777" w:rsidR="005F41C6" w:rsidRDefault="005F41C6">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C1EB909" w14:textId="77777777" w:rsidR="005F41C6" w:rsidRDefault="005F41C6">
            <w:pPr>
              <w:spacing w:after="0" w:line="240" w:lineRule="auto"/>
            </w:pPr>
          </w:p>
        </w:tc>
      </w:tr>
      <w:tr w:rsidR="00425F32" w14:paraId="7D11FE0B" w14:textId="77777777">
        <w:trPr>
          <w:cantSplit/>
          <w:trHeight w:val="879"/>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E41062F" w14:textId="07BD0F41" w:rsidR="00425F32" w:rsidRDefault="00425F32">
            <w:pPr>
              <w:spacing w:after="0" w:line="240" w:lineRule="auto"/>
              <w:rPr>
                <w:sz w:val="18"/>
              </w:rPr>
            </w:pPr>
            <w:r>
              <w:rPr>
                <w:sz w:val="18"/>
              </w:rPr>
              <w:t>CD</w:t>
            </w: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F973083" w14:textId="77777777" w:rsidR="00425F32" w:rsidRDefault="00425F32">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62CD9C0" w14:textId="77777777" w:rsidR="00425F32" w:rsidRDefault="00425F32">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1AA4B28" w14:textId="77777777" w:rsidR="00425F32" w:rsidRDefault="00425F32">
            <w:pPr>
              <w:spacing w:after="0" w:line="240" w:lineRule="auto"/>
            </w:pPr>
          </w:p>
        </w:tc>
      </w:tr>
      <w:tr w:rsidR="00AB44CA" w14:paraId="04BCFCBF" w14:textId="77777777">
        <w:trPr>
          <w:cantSplit/>
          <w:trHeight w:val="879"/>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2047C3F" w14:textId="77777777" w:rsidR="00AB44CA" w:rsidRDefault="00000000">
            <w:pPr>
              <w:spacing w:after="0" w:line="240" w:lineRule="auto"/>
            </w:pPr>
            <w:r>
              <w:rPr>
                <w:sz w:val="18"/>
              </w:rPr>
              <w:t>Introduction</w:t>
            </w: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11F396F"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5EB01D0"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3B152A9" w14:textId="77777777" w:rsidR="00AB44CA" w:rsidRDefault="00AB44CA">
            <w:pPr>
              <w:spacing w:after="0" w:line="240" w:lineRule="auto"/>
            </w:pPr>
          </w:p>
        </w:tc>
      </w:tr>
      <w:tr w:rsidR="00AB44CA" w14:paraId="195188DD" w14:textId="77777777">
        <w:trPr>
          <w:cantSplit/>
          <w:trHeight w:val="879"/>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138D100" w14:textId="77777777" w:rsidR="00AB44CA" w:rsidRDefault="00000000">
            <w:pPr>
              <w:spacing w:after="0" w:line="240" w:lineRule="auto"/>
            </w:pPr>
            <w:r>
              <w:rPr>
                <w:sz w:val="18"/>
              </w:rPr>
              <w:t>Literature Review</w:t>
            </w: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B6CDE2"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F052BA0"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4674867" w14:textId="77777777" w:rsidR="00AB44CA" w:rsidRDefault="00AB44CA">
            <w:pPr>
              <w:spacing w:after="0" w:line="240" w:lineRule="auto"/>
            </w:pPr>
          </w:p>
        </w:tc>
      </w:tr>
      <w:tr w:rsidR="00AB44CA" w14:paraId="6F9E9AC8" w14:textId="77777777">
        <w:trPr>
          <w:cantSplit/>
          <w:trHeight w:val="879"/>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7FC39E9" w14:textId="77777777" w:rsidR="00AB44CA" w:rsidRDefault="00000000">
            <w:pPr>
              <w:spacing w:after="0" w:line="240" w:lineRule="auto"/>
            </w:pPr>
            <w:r>
              <w:rPr>
                <w:sz w:val="18"/>
              </w:rPr>
              <w:t>Methodology</w:t>
            </w: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2467F41"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58CB1C2"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18C54D1" w14:textId="77777777" w:rsidR="00AB44CA" w:rsidRDefault="00AB44CA">
            <w:pPr>
              <w:spacing w:after="0" w:line="240" w:lineRule="auto"/>
            </w:pPr>
          </w:p>
        </w:tc>
      </w:tr>
      <w:tr w:rsidR="00AB44CA" w14:paraId="4E55CFE0" w14:textId="77777777">
        <w:trPr>
          <w:cantSplit/>
          <w:trHeight w:val="879"/>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2A4E816" w14:textId="77777777" w:rsidR="00AB44CA" w:rsidRDefault="00000000">
            <w:pPr>
              <w:spacing w:after="0" w:line="240" w:lineRule="auto"/>
            </w:pPr>
            <w:r>
              <w:rPr>
                <w:sz w:val="18"/>
              </w:rPr>
              <w:t>Data Collection</w:t>
            </w: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B687086"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0B1D164"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0BAEE53" w14:textId="77777777" w:rsidR="00AB44CA" w:rsidRDefault="00AB44CA">
            <w:pPr>
              <w:spacing w:after="0" w:line="240" w:lineRule="auto"/>
            </w:pPr>
          </w:p>
        </w:tc>
      </w:tr>
      <w:tr w:rsidR="00AB44CA" w14:paraId="53B17AB0" w14:textId="77777777">
        <w:trPr>
          <w:cantSplit/>
          <w:trHeight w:val="879"/>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14A99A" w14:textId="77777777" w:rsidR="00AB44CA" w:rsidRDefault="00000000">
            <w:pPr>
              <w:spacing w:after="0" w:line="240" w:lineRule="auto"/>
            </w:pPr>
            <w:r>
              <w:rPr>
                <w:sz w:val="18"/>
              </w:rPr>
              <w:t>Results / Data Analysis</w:t>
            </w: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CBB61FF"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BAB4071"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3D3E97E" w14:textId="77777777" w:rsidR="00AB44CA" w:rsidRDefault="00AB44CA">
            <w:pPr>
              <w:spacing w:after="0" w:line="240" w:lineRule="auto"/>
            </w:pPr>
          </w:p>
        </w:tc>
      </w:tr>
      <w:tr w:rsidR="00AB44CA" w14:paraId="0E3EA5CC" w14:textId="77777777">
        <w:trPr>
          <w:cantSplit/>
          <w:trHeight w:val="879"/>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ABC8BB3" w14:textId="77777777" w:rsidR="00AB44CA" w:rsidRDefault="00000000">
            <w:pPr>
              <w:spacing w:after="0" w:line="240" w:lineRule="auto"/>
            </w:pPr>
            <w:r>
              <w:rPr>
                <w:sz w:val="18"/>
              </w:rPr>
              <w:t>Discussion</w:t>
            </w: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E484319"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542CD3C"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EC81E48" w14:textId="77777777" w:rsidR="00AB44CA" w:rsidRDefault="00AB44CA">
            <w:pPr>
              <w:spacing w:after="0" w:line="240" w:lineRule="auto"/>
            </w:pPr>
          </w:p>
        </w:tc>
      </w:tr>
      <w:tr w:rsidR="00AB44CA" w14:paraId="7E627EF9" w14:textId="77777777">
        <w:trPr>
          <w:cantSplit/>
          <w:trHeight w:val="879"/>
          <w:jc w:val="center"/>
        </w:trPr>
        <w:tc>
          <w:tcPr>
            <w:tcW w:w="226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46B3D7B" w14:textId="77777777" w:rsidR="00AB44CA" w:rsidRDefault="00000000">
            <w:pPr>
              <w:spacing w:after="0" w:line="240" w:lineRule="auto"/>
            </w:pPr>
            <w:r>
              <w:rPr>
                <w:sz w:val="18"/>
              </w:rPr>
              <w:t>Conclusion</w:t>
            </w: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1225E43"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E873496" w14:textId="77777777" w:rsidR="00AB44CA" w:rsidRDefault="00AB44CA">
            <w:pPr>
              <w:spacing w:after="0" w:line="240" w:lineRule="auto"/>
            </w:pPr>
          </w:p>
        </w:tc>
        <w:tc>
          <w:tcPr>
            <w:tcW w:w="260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3F94F43" w14:textId="77777777" w:rsidR="00AB44CA" w:rsidRDefault="00AB44CA">
            <w:pPr>
              <w:spacing w:after="0" w:line="240" w:lineRule="auto"/>
            </w:pPr>
          </w:p>
        </w:tc>
      </w:tr>
    </w:tbl>
    <w:p w14:paraId="23AE1B28" w14:textId="77777777" w:rsidR="00AB44CA" w:rsidRDefault="00000000">
      <w:r>
        <w:br w:type="page"/>
      </w:r>
    </w:p>
    <w:p w14:paraId="6DD9CDE0" w14:textId="6DBADCAD" w:rsidR="00AB44CA" w:rsidRDefault="00000000">
      <w:pPr>
        <w:pStyle w:val="Heading2"/>
      </w:pPr>
      <w:r>
        <w:lastRenderedPageBreak/>
        <w:t>C</w:t>
      </w:r>
      <w:r w:rsidR="005F41C6">
        <w:t>.</w:t>
      </w:r>
      <w:r>
        <w:t xml:space="preserve"> Supervision and Research Activities</w:t>
      </w:r>
    </w:p>
    <w:p w14:paraId="57BBEAF5" w14:textId="77777777" w:rsidR="00AB44CA" w:rsidRDefault="00000000">
      <w:r>
        <w:t>Number of supervisory meetings this semester: ____________________</w:t>
      </w:r>
    </w:p>
    <w:tbl>
      <w:tblPr>
        <w:tblW w:w="0" w:type="auto"/>
        <w:jc w:val="center"/>
        <w:tblLayout w:type="fixed"/>
        <w:tblLook w:val="04A0" w:firstRow="1" w:lastRow="0" w:firstColumn="1" w:lastColumn="0" w:noHBand="0" w:noVBand="1"/>
      </w:tblPr>
      <w:tblGrid>
        <w:gridCol w:w="5102"/>
        <w:gridCol w:w="1701"/>
        <w:gridCol w:w="3288"/>
      </w:tblGrid>
      <w:tr w:rsidR="00AB44CA" w14:paraId="7BC3C802" w14:textId="77777777">
        <w:trPr>
          <w:cantSplit/>
          <w:tblHeader/>
          <w:jc w:val="center"/>
        </w:trPr>
        <w:tc>
          <w:tcPr>
            <w:tcW w:w="5102"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5F319816" w14:textId="77777777" w:rsidR="00AB44CA" w:rsidRDefault="00000000">
            <w:pPr>
              <w:spacing w:after="0" w:line="240" w:lineRule="auto"/>
            </w:pPr>
            <w:r>
              <w:rPr>
                <w:b/>
                <w:sz w:val="18"/>
              </w:rPr>
              <w:t>Course / Workshop / Conference / Publication / Other Activity</w:t>
            </w:r>
          </w:p>
        </w:tc>
        <w:tc>
          <w:tcPr>
            <w:tcW w:w="1701"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0CA47117" w14:textId="77777777" w:rsidR="00AB44CA" w:rsidRDefault="00000000">
            <w:pPr>
              <w:spacing w:after="0" w:line="240" w:lineRule="auto"/>
            </w:pPr>
            <w:r>
              <w:rPr>
                <w:b/>
                <w:sz w:val="18"/>
              </w:rPr>
              <w:t>Date</w:t>
            </w:r>
          </w:p>
        </w:tc>
        <w:tc>
          <w:tcPr>
            <w:tcW w:w="3288" w:type="dxa"/>
            <w:tcBorders>
              <w:top w:val="single" w:sz="4" w:space="0" w:color="D9D9D9"/>
              <w:left w:val="single" w:sz="4" w:space="0" w:color="D9D9D9"/>
              <w:bottom w:val="single" w:sz="4" w:space="0" w:color="D9D9D9"/>
              <w:right w:val="single" w:sz="4" w:space="0" w:color="D9D9D9"/>
            </w:tcBorders>
            <w:shd w:val="clear" w:color="auto" w:fill="E7EDF3"/>
            <w:tcMar>
              <w:top w:w="85" w:type="dxa"/>
              <w:left w:w="85" w:type="dxa"/>
              <w:bottom w:w="85" w:type="dxa"/>
              <w:right w:w="85" w:type="dxa"/>
            </w:tcMar>
            <w:vAlign w:val="center"/>
          </w:tcPr>
          <w:p w14:paraId="1B9344D1" w14:textId="77777777" w:rsidR="00AB44CA" w:rsidRDefault="00000000">
            <w:pPr>
              <w:spacing w:after="0" w:line="240" w:lineRule="auto"/>
            </w:pPr>
            <w:r>
              <w:rPr>
                <w:b/>
                <w:sz w:val="18"/>
              </w:rPr>
              <w:t>Outcome / Status</w:t>
            </w:r>
          </w:p>
        </w:tc>
      </w:tr>
      <w:tr w:rsidR="00AB44CA" w14:paraId="6DE193A1" w14:textId="77777777">
        <w:trPr>
          <w:cantSplit/>
          <w:trHeight w:val="737"/>
          <w:jc w:val="center"/>
        </w:trPr>
        <w:tc>
          <w:tcPr>
            <w:tcW w:w="51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0DCFCE0" w14:textId="77777777" w:rsidR="00AB44CA" w:rsidRDefault="00AB44CA">
            <w:pPr>
              <w:spacing w:after="0" w:line="240" w:lineRule="auto"/>
            </w:pPr>
          </w:p>
        </w:tc>
        <w:tc>
          <w:tcPr>
            <w:tcW w:w="170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8DDD27F" w14:textId="77777777" w:rsidR="00AB44CA" w:rsidRDefault="00AB44CA">
            <w:pPr>
              <w:spacing w:after="0" w:line="240" w:lineRule="auto"/>
            </w:pPr>
          </w:p>
        </w:tc>
        <w:tc>
          <w:tcPr>
            <w:tcW w:w="328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0E14A05" w14:textId="77777777" w:rsidR="00AB44CA" w:rsidRDefault="00AB44CA">
            <w:pPr>
              <w:spacing w:after="0" w:line="240" w:lineRule="auto"/>
            </w:pPr>
          </w:p>
        </w:tc>
      </w:tr>
      <w:tr w:rsidR="00AB44CA" w14:paraId="3CC4FBCB" w14:textId="77777777">
        <w:trPr>
          <w:cantSplit/>
          <w:trHeight w:val="737"/>
          <w:jc w:val="center"/>
        </w:trPr>
        <w:tc>
          <w:tcPr>
            <w:tcW w:w="51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1E98453" w14:textId="77777777" w:rsidR="00AB44CA" w:rsidRDefault="00AB44CA">
            <w:pPr>
              <w:spacing w:after="0" w:line="240" w:lineRule="auto"/>
            </w:pPr>
          </w:p>
        </w:tc>
        <w:tc>
          <w:tcPr>
            <w:tcW w:w="170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68608F0" w14:textId="77777777" w:rsidR="00AB44CA" w:rsidRDefault="00AB44CA">
            <w:pPr>
              <w:spacing w:after="0" w:line="240" w:lineRule="auto"/>
            </w:pPr>
          </w:p>
        </w:tc>
        <w:tc>
          <w:tcPr>
            <w:tcW w:w="328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F11E683" w14:textId="77777777" w:rsidR="00AB44CA" w:rsidRDefault="00AB44CA">
            <w:pPr>
              <w:spacing w:after="0" w:line="240" w:lineRule="auto"/>
            </w:pPr>
          </w:p>
        </w:tc>
      </w:tr>
      <w:tr w:rsidR="00AB44CA" w14:paraId="02660638" w14:textId="77777777">
        <w:trPr>
          <w:cantSplit/>
          <w:trHeight w:val="737"/>
          <w:jc w:val="center"/>
        </w:trPr>
        <w:tc>
          <w:tcPr>
            <w:tcW w:w="510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BFC6A2B" w14:textId="77777777" w:rsidR="00AB44CA" w:rsidRDefault="00AB44CA">
            <w:pPr>
              <w:spacing w:after="0" w:line="240" w:lineRule="auto"/>
            </w:pPr>
          </w:p>
        </w:tc>
        <w:tc>
          <w:tcPr>
            <w:tcW w:w="170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81E224" w14:textId="77777777" w:rsidR="00AB44CA" w:rsidRDefault="00AB44CA">
            <w:pPr>
              <w:spacing w:after="0" w:line="240" w:lineRule="auto"/>
            </w:pPr>
          </w:p>
        </w:tc>
        <w:tc>
          <w:tcPr>
            <w:tcW w:w="328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ACD55EC" w14:textId="77777777" w:rsidR="00AB44CA" w:rsidRDefault="00AB44CA">
            <w:pPr>
              <w:spacing w:after="0" w:line="240" w:lineRule="auto"/>
            </w:pPr>
          </w:p>
        </w:tc>
      </w:tr>
    </w:tbl>
    <w:p w14:paraId="1F0950C3" w14:textId="77777777" w:rsidR="00AB44CA" w:rsidRDefault="00000000">
      <w:pPr>
        <w:pStyle w:val="Heading2"/>
      </w:pPr>
      <w:r>
        <w:t>D Supervisor Review and Agreed Actions</w:t>
      </w:r>
    </w:p>
    <w:p w14:paraId="436C0815" w14:textId="77777777" w:rsidR="00AB44CA" w:rsidRDefault="00000000">
      <w:r>
        <w:t>Overall progress against the agreed timeline:</w:t>
      </w:r>
    </w:p>
    <w:p w14:paraId="227EE3CC" w14:textId="77777777" w:rsidR="00AB44CA" w:rsidRDefault="00000000">
      <w:r>
        <w:t>☐ Ahead of schedule     ☐ On schedule     ☐ Behind schedule</w:t>
      </w:r>
    </w:p>
    <w:p w14:paraId="78F5DE99" w14:textId="77777777" w:rsidR="00AB44CA" w:rsidRDefault="00000000">
      <w:r>
        <w:t>Supervisor comments:</w:t>
      </w:r>
    </w:p>
    <w:tbl>
      <w:tblPr>
        <w:tblStyle w:val="TableGrid"/>
        <w:tblW w:w="0" w:type="auto"/>
        <w:tblLook w:val="04A0" w:firstRow="1" w:lastRow="0" w:firstColumn="1" w:lastColumn="0" w:noHBand="0" w:noVBand="1"/>
      </w:tblPr>
      <w:tblGrid>
        <w:gridCol w:w="10308"/>
      </w:tblGrid>
      <w:tr w:rsidR="005F41C6" w14:paraId="6FCD1DE9" w14:textId="77777777" w:rsidTr="005F41C6">
        <w:tc>
          <w:tcPr>
            <w:tcW w:w="10308" w:type="dxa"/>
          </w:tcPr>
          <w:p w14:paraId="21E3E269" w14:textId="77777777" w:rsidR="005F41C6" w:rsidRDefault="005F41C6"/>
          <w:p w14:paraId="294B55CD" w14:textId="77777777" w:rsidR="005F41C6" w:rsidRDefault="005F41C6"/>
          <w:p w14:paraId="6249A63B" w14:textId="77777777" w:rsidR="005F41C6" w:rsidRDefault="005F41C6"/>
          <w:p w14:paraId="112F8021" w14:textId="77777777" w:rsidR="005F41C6" w:rsidRDefault="005F41C6"/>
          <w:p w14:paraId="2F0BB936" w14:textId="77777777" w:rsidR="005F41C6" w:rsidRDefault="005F41C6"/>
        </w:tc>
      </w:tr>
    </w:tbl>
    <w:p w14:paraId="78AE1B36" w14:textId="717EBD3C" w:rsidR="00AB44CA" w:rsidRDefault="00000000">
      <w:r>
        <w:t>Agreed actions or revisions to the timeline:</w:t>
      </w:r>
    </w:p>
    <w:tbl>
      <w:tblPr>
        <w:tblStyle w:val="TableGrid"/>
        <w:tblW w:w="0" w:type="auto"/>
        <w:tblLook w:val="04A0" w:firstRow="1" w:lastRow="0" w:firstColumn="1" w:lastColumn="0" w:noHBand="0" w:noVBand="1"/>
      </w:tblPr>
      <w:tblGrid>
        <w:gridCol w:w="10308"/>
      </w:tblGrid>
      <w:tr w:rsidR="005F41C6" w14:paraId="3B6142B4" w14:textId="77777777" w:rsidTr="0055022F">
        <w:tc>
          <w:tcPr>
            <w:tcW w:w="10308" w:type="dxa"/>
          </w:tcPr>
          <w:p w14:paraId="4A21E9BD" w14:textId="77777777" w:rsidR="005F41C6" w:rsidRDefault="005F41C6" w:rsidP="0055022F"/>
          <w:p w14:paraId="1210E06A" w14:textId="77777777" w:rsidR="005F41C6" w:rsidRDefault="005F41C6" w:rsidP="0055022F"/>
          <w:p w14:paraId="2C7DF370" w14:textId="77777777" w:rsidR="005F41C6" w:rsidRDefault="005F41C6" w:rsidP="0055022F"/>
          <w:p w14:paraId="76F0DA9D" w14:textId="77777777" w:rsidR="005F41C6" w:rsidRDefault="005F41C6" w:rsidP="0055022F"/>
          <w:p w14:paraId="10FFAB74" w14:textId="77777777" w:rsidR="005F41C6" w:rsidRDefault="005F41C6" w:rsidP="0055022F"/>
        </w:tc>
      </w:tr>
    </w:tbl>
    <w:p w14:paraId="2093B63D" w14:textId="77777777" w:rsidR="005F41C6" w:rsidRDefault="005F41C6"/>
    <w:tbl>
      <w:tblPr>
        <w:tblStyle w:val="TableGrid"/>
        <w:tblW w:w="0" w:type="auto"/>
        <w:tblLook w:val="04A0" w:firstRow="1" w:lastRow="0" w:firstColumn="1" w:lastColumn="0" w:noHBand="0" w:noVBand="1"/>
      </w:tblPr>
      <w:tblGrid>
        <w:gridCol w:w="2577"/>
        <w:gridCol w:w="2577"/>
        <w:gridCol w:w="2577"/>
        <w:gridCol w:w="2577"/>
      </w:tblGrid>
      <w:tr w:rsidR="009D265C" w14:paraId="412CA157" w14:textId="77777777" w:rsidTr="009D265C">
        <w:tc>
          <w:tcPr>
            <w:tcW w:w="2577" w:type="dxa"/>
          </w:tcPr>
          <w:p w14:paraId="6510470D" w14:textId="0F440F62" w:rsidR="009D265C" w:rsidRDefault="009D265C">
            <w:r>
              <w:t>Student signature:</w:t>
            </w:r>
          </w:p>
        </w:tc>
        <w:tc>
          <w:tcPr>
            <w:tcW w:w="2577" w:type="dxa"/>
          </w:tcPr>
          <w:p w14:paraId="3C82A93F" w14:textId="77777777" w:rsidR="009D265C" w:rsidRDefault="009D265C"/>
        </w:tc>
        <w:tc>
          <w:tcPr>
            <w:tcW w:w="2577" w:type="dxa"/>
          </w:tcPr>
          <w:p w14:paraId="7BA3A276" w14:textId="6CEF05A3" w:rsidR="009D265C" w:rsidRDefault="009D265C">
            <w:r>
              <w:t>Date:</w:t>
            </w:r>
          </w:p>
        </w:tc>
        <w:tc>
          <w:tcPr>
            <w:tcW w:w="2577" w:type="dxa"/>
          </w:tcPr>
          <w:p w14:paraId="4F9C7B22" w14:textId="77777777" w:rsidR="009D265C" w:rsidRDefault="009D265C"/>
        </w:tc>
      </w:tr>
      <w:tr w:rsidR="009D265C" w14:paraId="0B27B12F" w14:textId="77777777" w:rsidTr="009D265C">
        <w:tc>
          <w:tcPr>
            <w:tcW w:w="2577" w:type="dxa"/>
          </w:tcPr>
          <w:p w14:paraId="68366636" w14:textId="28AB65E8" w:rsidR="009D265C" w:rsidRDefault="009D265C">
            <w:r>
              <w:t xml:space="preserve">Main </w:t>
            </w:r>
            <w:proofErr w:type="gramStart"/>
            <w:r>
              <w:t>supervisor</w:t>
            </w:r>
            <w:proofErr w:type="gramEnd"/>
            <w:r>
              <w:t xml:space="preserve"> signature:</w:t>
            </w:r>
          </w:p>
        </w:tc>
        <w:tc>
          <w:tcPr>
            <w:tcW w:w="2577" w:type="dxa"/>
          </w:tcPr>
          <w:p w14:paraId="09FC1D22" w14:textId="77777777" w:rsidR="009D265C" w:rsidRDefault="009D265C"/>
        </w:tc>
        <w:tc>
          <w:tcPr>
            <w:tcW w:w="2577" w:type="dxa"/>
          </w:tcPr>
          <w:p w14:paraId="27F649F7" w14:textId="24348321" w:rsidR="009D265C" w:rsidRDefault="009D265C">
            <w:r>
              <w:t>Date:</w:t>
            </w:r>
          </w:p>
        </w:tc>
        <w:tc>
          <w:tcPr>
            <w:tcW w:w="2577" w:type="dxa"/>
          </w:tcPr>
          <w:p w14:paraId="2E804D71" w14:textId="77777777" w:rsidR="009D265C" w:rsidRDefault="009D265C"/>
        </w:tc>
      </w:tr>
      <w:tr w:rsidR="009D265C" w14:paraId="7F747CD0" w14:textId="77777777" w:rsidTr="009D265C">
        <w:tc>
          <w:tcPr>
            <w:tcW w:w="2577" w:type="dxa"/>
          </w:tcPr>
          <w:p w14:paraId="0CC51658" w14:textId="795F132C" w:rsidR="009D265C" w:rsidRDefault="009D265C">
            <w:r>
              <w:t>Co-</w:t>
            </w:r>
            <w:proofErr w:type="gramStart"/>
            <w:r>
              <w:t>supervisor</w:t>
            </w:r>
            <w:proofErr w:type="gramEnd"/>
            <w:r>
              <w:t xml:space="preserve"> signature:</w:t>
            </w:r>
          </w:p>
        </w:tc>
        <w:tc>
          <w:tcPr>
            <w:tcW w:w="2577" w:type="dxa"/>
          </w:tcPr>
          <w:p w14:paraId="7FF6DF45" w14:textId="77777777" w:rsidR="009D265C" w:rsidRDefault="009D265C"/>
        </w:tc>
        <w:tc>
          <w:tcPr>
            <w:tcW w:w="2577" w:type="dxa"/>
          </w:tcPr>
          <w:p w14:paraId="3CE047D6" w14:textId="589A29A3" w:rsidR="009D265C" w:rsidRDefault="009D265C">
            <w:r>
              <w:t>Date:</w:t>
            </w:r>
          </w:p>
        </w:tc>
        <w:tc>
          <w:tcPr>
            <w:tcW w:w="2577" w:type="dxa"/>
          </w:tcPr>
          <w:p w14:paraId="0330BAA2" w14:textId="77777777" w:rsidR="009D265C" w:rsidRDefault="009D265C"/>
        </w:tc>
      </w:tr>
    </w:tbl>
    <w:p w14:paraId="272609F5" w14:textId="77777777" w:rsidR="009D265C" w:rsidRDefault="009D265C"/>
    <w:p w14:paraId="4E534849" w14:textId="269DF5CF" w:rsidR="005F41C6" w:rsidRDefault="00000000">
      <w:r>
        <w:t>The proposed timeline is a planning guide and should be aligned with the relevant faculty requirements. Completion percentages should be reviewed with the supervisors.</w:t>
      </w:r>
    </w:p>
    <w:p w14:paraId="2609576E" w14:textId="27399D10" w:rsidR="005F41C6" w:rsidRPr="005F41C6" w:rsidRDefault="009D265C" w:rsidP="005F41C6">
      <w:pPr>
        <w:rPr>
          <w:lang w:val="en-MY"/>
        </w:rPr>
      </w:pPr>
      <w:r>
        <w:rPr>
          <w:b/>
          <w:bCs/>
          <w:lang w:val="en-MY"/>
        </w:rPr>
        <w:t>Guide</w:t>
      </w:r>
      <w:r w:rsidR="005F41C6" w:rsidRPr="005F41C6">
        <w:rPr>
          <w:b/>
          <w:bCs/>
          <w:lang w:val="en-MY"/>
        </w:rPr>
        <w:t xml:space="preserve"> for Completing the Form</w:t>
      </w:r>
    </w:p>
    <w:p w14:paraId="4F6BD4ED" w14:textId="4ACB9226" w:rsidR="005F41C6" w:rsidRPr="005F41C6" w:rsidRDefault="005F41C6" w:rsidP="005F41C6">
      <w:pPr>
        <w:rPr>
          <w:lang w:val="en-MY"/>
        </w:rPr>
      </w:pPr>
      <w:r w:rsidRPr="005F41C6">
        <w:rPr>
          <w:b/>
          <w:bCs/>
          <w:lang w:val="en-MY"/>
        </w:rPr>
        <w:t>Part 1: General Information and Research Timeline</w:t>
      </w:r>
      <w:r w:rsidRPr="005F41C6">
        <w:rPr>
          <w:lang w:val="en-MY"/>
        </w:rPr>
        <w:br/>
        <w:t>Complete this part at the start of</w:t>
      </w:r>
      <w:r>
        <w:rPr>
          <w:lang w:val="en-MY"/>
        </w:rPr>
        <w:t xml:space="preserve"> your candidature</w:t>
      </w:r>
      <w:r w:rsidRPr="005F41C6">
        <w:rPr>
          <w:lang w:val="en-MY"/>
        </w:rPr>
        <w:t>. Update your details and review the proposed timeline with your supervisors to establish the agreed timeline</w:t>
      </w:r>
      <w:r w:rsidR="009D265C">
        <w:rPr>
          <w:lang w:val="en-MY"/>
        </w:rPr>
        <w:t xml:space="preserve"> each semester</w:t>
      </w:r>
      <w:r w:rsidRPr="005F41C6">
        <w:rPr>
          <w:lang w:val="en-MY"/>
        </w:rPr>
        <w:t>. Record completion dates or semesters for completed milestones and revise the timeline where necessary.</w:t>
      </w:r>
    </w:p>
    <w:p w14:paraId="76D46A40" w14:textId="77777777" w:rsidR="005F41C6" w:rsidRPr="005F41C6" w:rsidRDefault="005F41C6" w:rsidP="005F41C6">
      <w:pPr>
        <w:rPr>
          <w:lang w:val="en-MY"/>
        </w:rPr>
      </w:pPr>
      <w:r w:rsidRPr="005F41C6">
        <w:rPr>
          <w:b/>
          <w:bCs/>
          <w:lang w:val="en-MY"/>
        </w:rPr>
        <w:t>Part 2: Semester Progress by Thesis Component</w:t>
      </w:r>
      <w:r w:rsidRPr="005F41C6">
        <w:rPr>
          <w:lang w:val="en-MY"/>
        </w:rPr>
        <w:br/>
        <w:t xml:space="preserve">Complete this part before submitting your semester progress report to MAYA. Record the cumulative completion percentage for each thesis component, summarise the work completed, and identify remaining tasks and challenges. Include supervisory meetings and research </w:t>
      </w:r>
      <w:proofErr w:type="gramStart"/>
      <w:r w:rsidRPr="005F41C6">
        <w:rPr>
          <w:lang w:val="en-MY"/>
        </w:rPr>
        <w:t>activities, and</w:t>
      </w:r>
      <w:proofErr w:type="gramEnd"/>
      <w:r w:rsidRPr="005F41C6">
        <w:rPr>
          <w:lang w:val="en-MY"/>
        </w:rPr>
        <w:t xml:space="preserve"> obtain your supervisors’ review and endorsement.</w:t>
      </w:r>
    </w:p>
    <w:p w14:paraId="06E1FC6F" w14:textId="77777777" w:rsidR="00AB44CA" w:rsidRDefault="00AB44CA"/>
    <w:sectPr w:rsidR="00AB44CA" w:rsidSect="00034616">
      <w:footerReference w:type="default" r:id="rId8"/>
      <w:pgSz w:w="11906" w:h="16838"/>
      <w:pgMar w:top="907" w:right="907" w:bottom="90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4E319" w14:textId="77777777" w:rsidR="00C55F46" w:rsidRDefault="00C55F46">
      <w:pPr>
        <w:spacing w:after="0" w:line="240" w:lineRule="auto"/>
      </w:pPr>
      <w:r>
        <w:separator/>
      </w:r>
    </w:p>
  </w:endnote>
  <w:endnote w:type="continuationSeparator" w:id="0">
    <w:p w14:paraId="4693A3A6" w14:textId="77777777" w:rsidR="00C55F46" w:rsidRDefault="00C5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CB15" w14:textId="77777777" w:rsidR="00AB44CA" w:rsidRDefault="00000000">
    <w:pPr>
      <w:pStyle w:val="Footer"/>
      <w:jc w:val="right"/>
    </w:pPr>
    <w:r>
      <w:t xml:space="preserve">Page </w:t>
    </w:r>
    <w:r>
      <w:fldChar w:fldCharType="begin"/>
    </w:r>
    <w:r>
      <w:instrText>PAGE</w:instrText>
    </w:r>
    <w:r>
      <w:fldChar w:fldCharType="separate"/>
    </w:r>
    <w:r w:rsidR="005F41C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96CC2" w14:textId="77777777" w:rsidR="00C55F46" w:rsidRDefault="00C55F46">
      <w:pPr>
        <w:spacing w:after="0" w:line="240" w:lineRule="auto"/>
      </w:pPr>
      <w:r>
        <w:separator/>
      </w:r>
    </w:p>
  </w:footnote>
  <w:footnote w:type="continuationSeparator" w:id="0">
    <w:p w14:paraId="4C0704EA" w14:textId="77777777" w:rsidR="00C55F46" w:rsidRDefault="00C55F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2277167">
    <w:abstractNumId w:val="8"/>
  </w:num>
  <w:num w:numId="2" w16cid:durableId="168830730">
    <w:abstractNumId w:val="6"/>
  </w:num>
  <w:num w:numId="3" w16cid:durableId="1014184856">
    <w:abstractNumId w:val="5"/>
  </w:num>
  <w:num w:numId="4" w16cid:durableId="545685117">
    <w:abstractNumId w:val="4"/>
  </w:num>
  <w:num w:numId="5" w16cid:durableId="957684904">
    <w:abstractNumId w:val="7"/>
  </w:num>
  <w:num w:numId="6" w16cid:durableId="1842355352">
    <w:abstractNumId w:val="3"/>
  </w:num>
  <w:num w:numId="7" w16cid:durableId="582029441">
    <w:abstractNumId w:val="2"/>
  </w:num>
  <w:num w:numId="8" w16cid:durableId="1852062536">
    <w:abstractNumId w:val="1"/>
  </w:num>
  <w:num w:numId="9" w16cid:durableId="610013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5F32"/>
    <w:rsid w:val="0047540D"/>
    <w:rsid w:val="005F41C6"/>
    <w:rsid w:val="009D265C"/>
    <w:rsid w:val="00AA1D8D"/>
    <w:rsid w:val="00AB44CA"/>
    <w:rsid w:val="00B47730"/>
    <w:rsid w:val="00C55F4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C0DFC9"/>
  <w14:defaultImageDpi w14:val="300"/>
  <w15:docId w15:val="{78AD3A27-C6F7-47C3-85A0-C619A3BE0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1C6"/>
    <w:pPr>
      <w:spacing w:after="100"/>
    </w:pPr>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646</Words>
  <Characters>3667</Characters>
  <DocSecurity>0</DocSecurity>
  <Lines>81</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2026-10-12T01:39:00Z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595c51160f1526742c4cf31bc642edae9332a91db7f459a038821e617858e231</vt:lpwstr>
  </property>
</Properties>
</file>